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24A" w:rsidRDefault="0085024A">
      <w:pPr>
        <w:autoSpaceDE w:val="0"/>
        <w:autoSpaceDN w:val="0"/>
        <w:spacing w:after="78" w:line="220" w:lineRule="exact"/>
      </w:pPr>
    </w:p>
    <w:p w:rsidR="0085024A" w:rsidRPr="00AF3C94" w:rsidRDefault="0085024A">
      <w:pPr>
        <w:autoSpaceDE w:val="0"/>
        <w:autoSpaceDN w:val="0"/>
        <w:spacing w:after="78" w:line="220" w:lineRule="exact"/>
        <w:rPr>
          <w:lang w:val="ru-RU"/>
        </w:rPr>
      </w:pPr>
    </w:p>
    <w:p w:rsidR="0058650D" w:rsidRDefault="0058650D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7635460" cy="6416987"/>
            <wp:effectExtent l="0" t="609600" r="0" b="593413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ОКР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972" t="2942" b="3869"/>
                    <a:stretch/>
                  </pic:blipFill>
                  <pic:spPr bwMode="auto">
                    <a:xfrm rot="5400000">
                      <a:off x="0" y="0"/>
                      <a:ext cx="7640433" cy="6421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br w:type="page"/>
      </w:r>
      <w:bookmarkStart w:id="0" w:name="_GoBack"/>
      <w:bookmarkEnd w:id="0"/>
    </w:p>
    <w:p w:rsidR="0085024A" w:rsidRPr="00AF3C94" w:rsidRDefault="00B90D3E">
      <w:pPr>
        <w:autoSpaceDE w:val="0"/>
        <w:autoSpaceDN w:val="0"/>
        <w:spacing w:after="0" w:line="230" w:lineRule="auto"/>
        <w:rPr>
          <w:lang w:val="ru-RU"/>
        </w:rPr>
      </w:pPr>
      <w:r w:rsidRPr="00AF3C94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>ПОЯСНИТЕЛЬНАЯ ЗАПИСКА</w:t>
      </w:r>
    </w:p>
    <w:p w:rsidR="0085024A" w:rsidRPr="00B90D3E" w:rsidRDefault="00B90D3E">
      <w:pPr>
        <w:autoSpaceDE w:val="0"/>
        <w:autoSpaceDN w:val="0"/>
        <w:spacing w:before="346" w:after="0" w:line="271" w:lineRule="auto"/>
        <w:ind w:right="288" w:firstLine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Программа по учебному предмету «Окружающий мир» (предметная область «Обществознание и естествознание» («Окружающий мир») включает: пояснительную записку, содержание обучения, планируемые результаты освоения программы учебного предмета, тематическое планирование.</w:t>
      </w:r>
    </w:p>
    <w:p w:rsidR="0085024A" w:rsidRPr="00B90D3E" w:rsidRDefault="00B90D3E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место в структуре учебного плана, а также подходы к отбору содержания, планируемым результатам и тематическому </w:t>
      </w:r>
      <w:r w:rsidRPr="00B90D3E">
        <w:rPr>
          <w:lang w:val="ru-RU"/>
        </w:rPr>
        <w:br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планированию.</w:t>
      </w:r>
    </w:p>
    <w:p w:rsidR="0085024A" w:rsidRPr="00B90D3E" w:rsidRDefault="00B90D3E">
      <w:pPr>
        <w:autoSpaceDE w:val="0"/>
        <w:autoSpaceDN w:val="0"/>
        <w:spacing w:before="70" w:after="0" w:line="286" w:lineRule="auto"/>
        <w:ind w:right="144" w:firstLine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обучения раскрывает  содержательные  линии для обязательного изучения в 1 классе начальной школы. Содержание обучения в 1 классе завершатся перечнем универсальных учебных действий (УУД) — познавательных, коммуникативных и регулятивных, которые возможно формировать средствами  учебного  предмета  «Окружающий  мир» с   учётом   возрастных особенностей   младших   школьников. В первом классе предлагается пропедевтический уровень формирования УУД, поскольку становление универсальности действий на этом этапе обучения только начинается. С учётом того, что выполнение правил совместной деятельности строится на интеграции регулятивных (определенные волевые усилия, </w:t>
      </w:r>
      <w:proofErr w:type="spell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саморегуляция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, самоконтроль, проявление терпения и доброжелательности при налаживании отношений) и коммуникативных (способность вербальными средствами устанавливать взаимоотношения) универсальных учебных действий, их перечень дан в специальном разделе — «Совместная деятельность».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Планируемые результаты включают личностные, </w:t>
      </w:r>
      <w:proofErr w:type="spell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за период обучения, а также предметные достижения младшего школьника за первый год обучения в начальной школе. </w:t>
      </w: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В тематическом планировании описывается программное содержание по всем разделам содержания обучения 1 класса, а также раскрываются методы и формы организации обучения и характеристика деятельностей, которые целесообразно использовать при изучении той или иной программной темы. </w:t>
      </w: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Представлены также способы организации дифференцированного обучения.</w:t>
      </w:r>
    </w:p>
    <w:p w:rsidR="0085024A" w:rsidRPr="00B90D3E" w:rsidRDefault="00B90D3E">
      <w:pPr>
        <w:autoSpaceDE w:val="0"/>
        <w:autoSpaceDN w:val="0"/>
        <w:spacing w:before="70" w:after="0" w:line="281" w:lineRule="auto"/>
        <w:ind w:right="432" w:firstLine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Рабочая программа по предмету «Окружающий мир» на уровне 1 класса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Примерной программы воспитания, а также с учётом историко-культурного  стандарта.</w:t>
      </w:r>
    </w:p>
    <w:p w:rsidR="0085024A" w:rsidRPr="00B90D3E" w:rsidRDefault="00B90D3E">
      <w:pPr>
        <w:autoSpaceDE w:val="0"/>
        <w:autoSpaceDN w:val="0"/>
        <w:spacing w:before="72" w:after="0" w:line="271" w:lineRule="auto"/>
        <w:ind w:right="288" w:firstLine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Изучение предмета «Окружающий мир», интегрирующего знания о природе, предметном мире, обществе и взаимодействии людей в нём, соответствует потребностям и интересам детей младшего школьного возраста и направлено на достижение следующих целей:</w:t>
      </w:r>
    </w:p>
    <w:p w:rsidR="0085024A" w:rsidRPr="00B90D3E" w:rsidRDefault="00B90D3E">
      <w:pPr>
        <w:autoSpaceDE w:val="0"/>
        <w:autoSpaceDN w:val="0"/>
        <w:spacing w:before="178" w:after="0"/>
        <w:ind w:left="42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 этических понятий, представленных в содержании данного учебного предмета; </w:t>
      </w:r>
    </w:p>
    <w:p w:rsidR="0085024A" w:rsidRPr="00B90D3E" w:rsidRDefault="00B90D3E">
      <w:pPr>
        <w:autoSpaceDE w:val="0"/>
        <w:autoSpaceDN w:val="0"/>
        <w:spacing w:before="190" w:after="0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развитие умений  и  навыков  применять  полученные  знания в реальной  учебной  и жизненной  практике,  связанной 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духовно-нравственное развитие и воспитание личности гражданина России, понимание своей принадлежности к Российскому государству, определённому этносу; проявление уважения к истории, культуре, традициям народов РФ; освоение младшими школьниками мирового</w:t>
      </w:r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298" w:right="650" w:bottom="4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66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 w:line="262" w:lineRule="auto"/>
        <w:ind w:left="42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культурного опыта по созданию общечеловеческих ценностей, законов и правил построения взаимоотношений в социуме; обогащение духовного богатства обучающихся; </w:t>
      </w:r>
    </w:p>
    <w:p w:rsidR="0085024A" w:rsidRPr="00B90D3E" w:rsidRDefault="00B90D3E">
      <w:pPr>
        <w:autoSpaceDE w:val="0"/>
        <w:autoSpaceDN w:val="0"/>
        <w:spacing w:before="190" w:after="0" w:line="281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становление навыков повседневного проявления культуры общения, гуманного отношения к людям,  уважительного  отношения  к их взглядам, мнению и индивидуальности</w:t>
      </w:r>
    </w:p>
    <w:p w:rsidR="0085024A" w:rsidRPr="00B90D3E" w:rsidRDefault="00B90D3E">
      <w:pPr>
        <w:autoSpaceDE w:val="0"/>
        <w:autoSpaceDN w:val="0"/>
        <w:spacing w:before="178" w:after="0" w:line="286" w:lineRule="auto"/>
        <w:ind w:firstLine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Центральной идеей конструирования содержания и планируемых результатов обучения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 «Человек и природа»,«Человек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 Отбор содержания курса«Окружающий мир» осуществлён на основе следующих ведущих идей: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раскрытие роли человека в природе и обществе;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42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освоение общечеловеческих ценностей взаимодействия в системах «Человек и природа»</w:t>
      </w: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,«</w:t>
      </w:r>
      <w:proofErr w:type="gram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Человек и общество», «Человек и другие люди», «Человек и его самость», «Человек и познание».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178" w:after="0" w:line="262" w:lineRule="auto"/>
        <w:ind w:right="288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Общее число часов, отведённых на изучение курса «Окружающий мир» в 1 классе составляет 66 часов (два часа в неделю).</w:t>
      </w:r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286" w:right="766" w:bottom="1440" w:left="666" w:header="720" w:footer="720" w:gutter="0"/>
          <w:cols w:space="720" w:equalWidth="0">
            <w:col w:w="10468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78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346" w:after="0" w:line="281" w:lineRule="auto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Человек и общество </w:t>
      </w:r>
      <w:r w:rsidRPr="00B90D3E">
        <w:rPr>
          <w:lang w:val="ru-RU"/>
        </w:rPr>
        <w:br/>
      </w: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 Совместная </w:t>
      </w:r>
      <w:r w:rsidRPr="00B90D3E">
        <w:rPr>
          <w:lang w:val="ru-RU"/>
        </w:rPr>
        <w:br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деятельность с одноклассниками — учёба, игры, отдых. Рабочее место школьника: удобное </w:t>
      </w:r>
      <w:r w:rsidRPr="00B90D3E">
        <w:rPr>
          <w:lang w:val="ru-RU"/>
        </w:rPr>
        <w:br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размещение учебных материалов и учебного оборудования; поза; освещение рабочего места. Правила безопасной работы на учебном месте. Режим труда и отдыха.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Семья.  Моя семья в прошлом и настоящем.  Имена и фамилии членов семьи, их профессии. Взаимоотношения и взаимопомощь в семье.  Совместный труд и отдых.  Домашний адрес.</w:t>
      </w:r>
    </w:p>
    <w:p w:rsidR="0085024A" w:rsidRPr="00B90D3E" w:rsidRDefault="00B90D3E">
      <w:pPr>
        <w:autoSpaceDE w:val="0"/>
        <w:autoSpaceDN w:val="0"/>
        <w:spacing w:before="72" w:after="0"/>
        <w:ind w:firstLine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Россия — наша Родина. Москва —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 Ценность и красота рукотворного  мира.    Правила поведения в социуме.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Человек и природа </w:t>
      </w:r>
      <w:r w:rsidRPr="00B90D3E">
        <w:rPr>
          <w:lang w:val="ru-RU"/>
        </w:rPr>
        <w:br/>
      </w: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Природа —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 Сезонные изменения в природе.  Взаимосвязи между человеком и природой.  Правила нравственного и безопасного поведения в природе.</w:t>
      </w:r>
    </w:p>
    <w:p w:rsidR="0085024A" w:rsidRPr="00B90D3E" w:rsidRDefault="00B90D3E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Мир животных Разные группы животных (звери, насекомые, птицы, рыбы и др.</w:t>
      </w: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 )</w:t>
      </w:r>
      <w:proofErr w:type="gram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 Домашние и дикие животные (различия в условиях жизни). Забота о домашних питомцах.</w:t>
      </w:r>
    </w:p>
    <w:p w:rsidR="0085024A" w:rsidRPr="00B90D3E" w:rsidRDefault="00B90D3E">
      <w:pPr>
        <w:autoSpaceDE w:val="0"/>
        <w:autoSpaceDN w:val="0"/>
        <w:spacing w:before="70" w:after="0" w:line="262" w:lineRule="auto"/>
        <w:ind w:left="180" w:right="144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Правила безопасной жизни </w:t>
      </w:r>
      <w:r w:rsidRPr="00B90D3E">
        <w:rPr>
          <w:lang w:val="ru-RU"/>
        </w:rPr>
        <w:br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Понимание необходимости соблюдения режима дня, правил здорового питания и личной гигиены. </w:t>
      </w:r>
    </w:p>
    <w:p w:rsidR="0085024A" w:rsidRPr="00B90D3E" w:rsidRDefault="00B90D3E">
      <w:pPr>
        <w:autoSpaceDE w:val="0"/>
        <w:autoSpaceDN w:val="0"/>
        <w:spacing w:before="7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Правила безопасности в быту: пользование бытовыми электроприборами, газовыми плитами.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Безопасность в сети Интернет (электронный дневник и электронные ресурсы школы) в условиях контролируемого доступа в Интернет.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left="180" w:right="3456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Универсальные учебные действия (пропедевтический уровень) </w:t>
      </w: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Познавательные универсальные учебные действия: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изученного</w:t>
      </w:r>
      <w:proofErr w:type="gram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приводить примеры лиственных и хвойных растений, сравнивать их, устанавливать различия во внешнем виде.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Работа с информацией: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понимать, что информация может быть представлена в разной форме — текста, иллюстраций, видео, таблицы; </w:t>
      </w:r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298" w:right="650" w:bottom="4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108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 w:line="230" w:lineRule="auto"/>
        <w:ind w:left="2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соотносить иллюстрацию явления (объекта, предмета) с его названием.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Коммуникативные универсальные учебные действия: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24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от</w:t>
      </w:r>
      <w:proofErr w:type="gram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 носиться к разным мнениям;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100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соотносить  предметы   декоративно-прикладного   искусства с принадлежностью народу РФ, описывать предмет по предложенному плану; 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left="24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описывать по предложенному плану время года, передавать в рассказе своё отношение к природным явлениям;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сравнивать домашних и диких животных, объяснять, чем они различаются.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Регулятивные универсальные учебные действия:</w:t>
      </w:r>
    </w:p>
    <w:p w:rsidR="0085024A" w:rsidRPr="00B90D3E" w:rsidRDefault="00B90D3E">
      <w:pPr>
        <w:autoSpaceDE w:val="0"/>
        <w:autoSpaceDN w:val="0"/>
        <w:spacing w:before="178" w:after="0" w:line="271" w:lineRule="auto"/>
        <w:ind w:left="2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оценивать выполнение правил безопасного поведения на дорогах и улицах другими детьми, выполнять самооценку;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</w:t>
      </w:r>
      <w:proofErr w:type="spell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электро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 и газовыми приборами.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Совместная деятельность:</w:t>
      </w:r>
    </w:p>
    <w:p w:rsidR="0085024A" w:rsidRPr="00B90D3E" w:rsidRDefault="00B90D3E">
      <w:pPr>
        <w:autoSpaceDE w:val="0"/>
        <w:autoSpaceDN w:val="0"/>
        <w:spacing w:before="178" w:after="0" w:line="271" w:lineRule="auto"/>
        <w:ind w:left="24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328" w:right="796" w:bottom="1440" w:left="846" w:header="720" w:footer="720" w:gutter="0"/>
          <w:cols w:space="720" w:equalWidth="0">
            <w:col w:w="10258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78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346" w:after="0" w:line="262" w:lineRule="auto"/>
        <w:ind w:right="720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предмета "Окружающий мир" в 1 классе направлено на достижение обучающимися личностных, </w:t>
      </w:r>
      <w:proofErr w:type="spell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предметных результатов освоения учебного предмета.</w:t>
      </w:r>
    </w:p>
    <w:p w:rsidR="0085024A" w:rsidRPr="00B90D3E" w:rsidRDefault="00B90D3E">
      <w:pPr>
        <w:autoSpaceDE w:val="0"/>
        <w:autoSpaceDN w:val="0"/>
        <w:spacing w:before="226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85024A" w:rsidRPr="00B90D3E" w:rsidRDefault="00B90D3E">
      <w:pPr>
        <w:tabs>
          <w:tab w:val="left" w:pos="180"/>
        </w:tabs>
        <w:autoSpaceDE w:val="0"/>
        <w:autoSpaceDN w:val="0"/>
        <w:spacing w:before="346" w:after="0" w:line="281" w:lineRule="auto"/>
        <w:ind w:right="720"/>
        <w:rPr>
          <w:lang w:val="ru-RU"/>
        </w:rPr>
      </w:pP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 </w:t>
      </w:r>
      <w:r w:rsidRPr="00B90D3E">
        <w:rPr>
          <w:lang w:val="ru-RU"/>
        </w:rPr>
        <w:br/>
      </w:r>
      <w:r w:rsidRPr="00B90D3E">
        <w:rPr>
          <w:lang w:val="ru-RU"/>
        </w:rPr>
        <w:tab/>
      </w: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Гражданско-патриотического воспитания:</w:t>
      </w:r>
    </w:p>
    <w:p w:rsidR="0085024A" w:rsidRPr="00B90D3E" w:rsidRDefault="00B90D3E">
      <w:pPr>
        <w:autoSpaceDE w:val="0"/>
        <w:autoSpaceDN w:val="0"/>
        <w:spacing w:before="180" w:after="0" w:line="262" w:lineRule="auto"/>
        <w:ind w:left="420" w:right="7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становление ценностного отношения к своей Родине — России; понимание особой роли многонациональной России в современном мире;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14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первоначальные представления о человеке как члене общества, осознание прав и ответственности человека как члена общества.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Духовно-нравственного воспитания: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проявление культуры общения, уважительного отношения к людям, их взглядам, признанию их индивидуальности;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420" w:right="86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42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</w:t>
      </w:r>
    </w:p>
    <w:p w:rsidR="0085024A" w:rsidRPr="00B90D3E" w:rsidRDefault="00B90D3E">
      <w:pPr>
        <w:autoSpaceDE w:val="0"/>
        <w:autoSpaceDN w:val="0"/>
        <w:spacing w:before="180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Эстетического воспитания:</w:t>
      </w:r>
    </w:p>
    <w:p w:rsidR="0085024A" w:rsidRPr="00B90D3E" w:rsidRDefault="00B90D3E">
      <w:pPr>
        <w:autoSpaceDE w:val="0"/>
        <w:autoSpaceDN w:val="0"/>
        <w:spacing w:before="178" w:after="0" w:line="271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использование полученных знаний в продуктивной и преобразующей деятельности, в разных видах художественной деятельности.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85024A" w:rsidRPr="00B90D3E" w:rsidRDefault="00B90D3E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</w:t>
      </w:r>
      <w:r w:rsidRPr="00B90D3E">
        <w:rPr>
          <w:lang w:val="ru-RU"/>
        </w:rPr>
        <w:br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информационной);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приобретение опыта эмоционального отношения к среде обитания, бережное отношение к физическому и психическому здоровью.</w:t>
      </w:r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298" w:right="648" w:bottom="450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78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Трудового воспитания:</w:t>
      </w:r>
    </w:p>
    <w:p w:rsidR="0085024A" w:rsidRPr="00B90D3E" w:rsidRDefault="00B90D3E">
      <w:pPr>
        <w:autoSpaceDE w:val="0"/>
        <w:autoSpaceDN w:val="0"/>
        <w:spacing w:before="178" w:after="0" w:line="271" w:lineRule="auto"/>
        <w:ind w:left="42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Экологического воспитания: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42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Ценности научного познания:</w:t>
      </w:r>
    </w:p>
    <w:p w:rsidR="0085024A" w:rsidRPr="00B90D3E" w:rsidRDefault="00B90D3E">
      <w:pPr>
        <w:autoSpaceDE w:val="0"/>
        <w:autoSpaceDN w:val="0"/>
        <w:spacing w:before="180" w:after="0" w:line="230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ориентация в деятельности на первоначальные представления о научной картине мира; </w:t>
      </w:r>
    </w:p>
    <w:p w:rsidR="0085024A" w:rsidRPr="00B90D3E" w:rsidRDefault="00B90D3E">
      <w:pPr>
        <w:autoSpaceDE w:val="0"/>
        <w:autoSpaceDN w:val="0"/>
        <w:spacing w:before="192" w:after="0" w:line="271" w:lineRule="auto"/>
        <w:ind w:left="42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осознание ценности познания, проявление познавательного интереса, активности, инициативности, любознательности и самостоятельности в обогащении своих знаний, в том числе с использованием различных информационных средств.</w:t>
      </w:r>
    </w:p>
    <w:p w:rsidR="0085024A" w:rsidRPr="00B90D3E" w:rsidRDefault="00B90D3E">
      <w:pPr>
        <w:autoSpaceDE w:val="0"/>
        <w:autoSpaceDN w:val="0"/>
        <w:spacing w:before="286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6B458F" w:rsidRDefault="00B90D3E">
      <w:pPr>
        <w:autoSpaceDE w:val="0"/>
        <w:autoSpaceDN w:val="0"/>
        <w:spacing w:before="346" w:after="0" w:line="262" w:lineRule="auto"/>
        <w:ind w:left="180" w:right="4752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Познавательные</w:t>
      </w:r>
      <w:r w:rsidR="006B458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универсальные </w:t>
      </w:r>
      <w:proofErr w:type="spellStart"/>
      <w:r w:rsidR="006B458F">
        <w:rPr>
          <w:rFonts w:ascii="Times New Roman" w:eastAsia="Times New Roman" w:hAnsi="Times New Roman"/>
          <w:b/>
          <w:color w:val="000000"/>
          <w:sz w:val="24"/>
          <w:lang w:val="ru-RU"/>
        </w:rPr>
        <w:t>учебные</w:t>
      </w: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действия</w:t>
      </w:r>
      <w:proofErr w:type="spellEnd"/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</w:p>
    <w:p w:rsidR="0085024A" w:rsidRPr="00B90D3E" w:rsidRDefault="00B90D3E">
      <w:pPr>
        <w:autoSpaceDE w:val="0"/>
        <w:autoSpaceDN w:val="0"/>
        <w:spacing w:before="346" w:after="0" w:line="262" w:lineRule="auto"/>
        <w:ind w:left="180" w:right="4752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1)  Базовые логические действия: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 основе наблюдений доступных объектов окружающего мира устанавливать связи и зависимости между объектами (часть — целое; причина — следствие; изменения во времени и в пространстве);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129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сравнивать объекты окружающего мира, устанавливать основания для сравнения, устанавливать аналогии;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объединять части объекта (объекты) по определённому признаку;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определять существенный признак для классификации, классифицировать предложенные объекты; 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находить закономерности и противоречия в рассматриваемых фактах, данных и наблюдениях на основе предложенного алгоритма; 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left="42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выявлять недостаток информации для решения учебной (практической) задачи на основе предложенного алгоритма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2)  Базовые исследовательские действия:</w:t>
      </w:r>
    </w:p>
    <w:p w:rsidR="0085024A" w:rsidRPr="00B90D3E" w:rsidRDefault="00B90D3E">
      <w:pPr>
        <w:autoSpaceDE w:val="0"/>
        <w:autoSpaceDN w:val="0"/>
        <w:spacing w:before="178" w:after="0" w:line="271" w:lineRule="auto"/>
        <w:ind w:left="42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проводить (по предложенному и самостоятельно составленному плану или выдвинутому предположению) наблюдения, несложные опыты; проявлять интерес к экспериментам, проводимым под руководством учителя;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определять разницу между реальным и желательным состоянием объекта (ситуации) на основе предложенных вопросов;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</w:t>
      </w:r>
      <w:proofErr w:type="gramEnd"/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298" w:right="650" w:bottom="32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66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 w:line="230" w:lineRule="auto"/>
        <w:ind w:left="2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последствия; коллективный труд и его результаты и др.</w:t>
      </w: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 )</w:t>
      </w:r>
      <w:proofErr w:type="gram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240" w:right="7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</w:t>
      </w: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—с</w:t>
      </w:r>
      <w:proofErr w:type="gram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ледствие);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115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3)  Работа с информацией: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24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различные источники для поиска информации, выбирать источник получения информации с учётом учебной задачи; 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left="240" w:right="100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согласно заданному алгоритму находить в предложенном источнике информацию, представленную в явном виде;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14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находить и использовать для решения учебных задач текстовую, графическую, аудиовизуальную информацию;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7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читать и интерпретировать графически представленную информацию (схему, таблицу, иллюстрацию);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правила информационной безопасности в условиях контролируемого доступа в Интернет (с помощью учителя);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86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 и создавать текстовую, видео, графическую, звуковую информацию в соответствии с учебной задачей;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85024A" w:rsidRPr="00B90D3E" w:rsidRDefault="00B90D3E">
      <w:pPr>
        <w:autoSpaceDE w:val="0"/>
        <w:autoSpaceDN w:val="0"/>
        <w:spacing w:before="178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Коммуникативные универсальные учебные действия: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24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 процессе диалогов задавать вопросы, высказывать суждения, оценивать выступления участников; 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left="2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left="24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правила ведения диалога и дискуссии; проявлять уважительное отношение к собеседнику;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создавать устные и письменные тексты (описание, рассуждение, повествование);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24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готовить небольшие публичные выступления с возможной презентацией (текст, рисунки, фото, плакаты и др.</w:t>
      </w: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 )</w:t>
      </w:r>
      <w:proofErr w:type="gram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 к тексту выступления.</w:t>
      </w:r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286" w:right="790" w:bottom="438" w:left="846" w:header="720" w:footer="720" w:gutter="0"/>
          <w:cols w:space="720" w:equalWidth="0">
            <w:col w:w="10264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78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 w:line="262" w:lineRule="auto"/>
        <w:ind w:left="180" w:right="4896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Регулятивные универсальные учебные действия: </w:t>
      </w: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1)  Самоорганизация: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планировать самостоятельно или с небольшой помощью учителя действия по решению учебной задачи;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выстраивать последовательность выбранных действий и операций.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2)  Самоконтроль: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осуществлять контроль процесса и результата своей деятельности;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находить ошибки в своей работе и устанавливать их причины; корректировать свои действия при необходимости (с небольшой помощью учителя); 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i/>
          <w:color w:val="000000"/>
          <w:sz w:val="24"/>
          <w:lang w:val="ru-RU"/>
        </w:rPr>
        <w:t>3)  Самооценка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85024A" w:rsidRPr="00B90D3E" w:rsidRDefault="00B90D3E">
      <w:pPr>
        <w:autoSpaceDE w:val="0"/>
        <w:autoSpaceDN w:val="0"/>
        <w:spacing w:before="178" w:after="0" w:line="262" w:lineRule="auto"/>
        <w:ind w:left="420"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объективно оценивать результаты своей деятельности, соотносить свою оценку с оценкой учителя;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144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оценивать целесообразность выбранных способов действия, при необходимости корректировать их.</w:t>
      </w:r>
    </w:p>
    <w:p w:rsidR="0085024A" w:rsidRPr="00B90D3E" w:rsidRDefault="00B90D3E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Совместная деятельность:</w:t>
      </w:r>
    </w:p>
    <w:p w:rsidR="0085024A" w:rsidRPr="00B90D3E" w:rsidRDefault="00B90D3E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значение коллективной деятельности для успешного решения учебной </w:t>
      </w:r>
      <w:r w:rsidRPr="00B90D3E">
        <w:rPr>
          <w:lang w:val="ru-RU"/>
        </w:rPr>
        <w:br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158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проявлять готовность руководить, выполнять поручения, подчиняться;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 конфликтов, при их возникновении мирно разрешать без участия взрослого; </w:t>
      </w:r>
    </w:p>
    <w:p w:rsidR="0085024A" w:rsidRPr="00B90D3E" w:rsidRDefault="00B90D3E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ответственно выполнять свою часть работы.</w:t>
      </w:r>
    </w:p>
    <w:p w:rsidR="0085024A" w:rsidRPr="00B90D3E" w:rsidRDefault="00B90D3E">
      <w:pPr>
        <w:autoSpaceDE w:val="0"/>
        <w:autoSpaceDN w:val="0"/>
        <w:spacing w:before="288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85024A" w:rsidRPr="00B90D3E" w:rsidRDefault="00B90D3E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</w:t>
      </w: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 классе 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обучающийся научится:</w:t>
      </w:r>
    </w:p>
    <w:p w:rsidR="0085024A" w:rsidRPr="00B90D3E" w:rsidRDefault="00B90D3E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воспроизводить название своего населённого пункта, региона, страны;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85024A" w:rsidRPr="00B90D3E" w:rsidRDefault="00B90D3E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</w:t>
      </w:r>
      <w:r w:rsidRPr="00B90D3E">
        <w:rPr>
          <w:lang w:val="ru-RU"/>
        </w:rPr>
        <w:br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животны</w:t>
      </w:r>
      <w:proofErr w:type="gramStart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х(</w:t>
      </w:r>
      <w:proofErr w:type="gram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насекомые, рыбы, птицы, звери); </w:t>
      </w:r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298" w:right="650" w:bottom="43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108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применять правила ухода за комнатными растениями и домашними животными; </w:t>
      </w:r>
    </w:p>
    <w:p w:rsidR="0085024A" w:rsidRPr="00B90D3E" w:rsidRDefault="00B90D3E">
      <w:pPr>
        <w:autoSpaceDE w:val="0"/>
        <w:autoSpaceDN w:val="0"/>
        <w:spacing w:before="190" w:after="0"/>
        <w:ind w:right="14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85024A" w:rsidRPr="00B90D3E" w:rsidRDefault="00B90D3E">
      <w:pPr>
        <w:autoSpaceDE w:val="0"/>
        <w:autoSpaceDN w:val="0"/>
        <w:spacing w:before="192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для ответов на вопросы небольшие тексты о природе и обществе; </w:t>
      </w:r>
    </w:p>
    <w:p w:rsidR="0085024A" w:rsidRPr="00B90D3E" w:rsidRDefault="00B90D3E">
      <w:pPr>
        <w:autoSpaceDE w:val="0"/>
        <w:autoSpaceDN w:val="0"/>
        <w:spacing w:before="192" w:after="0" w:line="262" w:lineRule="auto"/>
        <w:ind w:right="43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правила здорового питания и личной гигиены;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правила безопасного поведения пешехода; </w:t>
      </w:r>
    </w:p>
    <w:p w:rsidR="0085024A" w:rsidRPr="00B90D3E" w:rsidRDefault="00B90D3E">
      <w:pPr>
        <w:autoSpaceDE w:val="0"/>
        <w:autoSpaceDN w:val="0"/>
        <w:spacing w:before="19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правила безопасного поведения в природе; </w:t>
      </w:r>
    </w:p>
    <w:p w:rsidR="0085024A" w:rsidRPr="00B90D3E" w:rsidRDefault="00B90D3E">
      <w:pPr>
        <w:autoSpaceDE w:val="0"/>
        <w:autoSpaceDN w:val="0"/>
        <w:spacing w:before="190" w:after="0" w:line="262" w:lineRule="auto"/>
        <w:ind w:right="1008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—  с помощью взрослых (учителя, родителей) пользоваться электронным дневником и электронными ресурсами школы.</w:t>
      </w:r>
    </w:p>
    <w:p w:rsidR="0085024A" w:rsidRPr="00B90D3E" w:rsidRDefault="0085024A">
      <w:pPr>
        <w:rPr>
          <w:lang w:val="ru-RU"/>
        </w:rPr>
        <w:sectPr w:rsidR="0085024A" w:rsidRPr="00B90D3E">
          <w:pgSz w:w="11900" w:h="16840"/>
          <w:pgMar w:top="328" w:right="840" w:bottom="1440" w:left="1086" w:header="720" w:footer="720" w:gutter="0"/>
          <w:cols w:space="720" w:equalWidth="0">
            <w:col w:w="9974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64" w:line="220" w:lineRule="exact"/>
        <w:rPr>
          <w:lang w:val="ru-RU"/>
        </w:rPr>
      </w:pPr>
    </w:p>
    <w:p w:rsidR="0085024A" w:rsidRDefault="00B90D3E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/>
      </w:tblPr>
      <w:tblGrid>
        <w:gridCol w:w="468"/>
        <w:gridCol w:w="4346"/>
        <w:gridCol w:w="530"/>
        <w:gridCol w:w="1104"/>
        <w:gridCol w:w="1140"/>
        <w:gridCol w:w="864"/>
        <w:gridCol w:w="4132"/>
        <w:gridCol w:w="1080"/>
        <w:gridCol w:w="1838"/>
      </w:tblGrid>
      <w:tr w:rsidR="0085024A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4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Количествочасов</w:t>
            </w:r>
            <w:proofErr w:type="spellEnd"/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Дата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  <w:proofErr w:type="spellEnd"/>
          </w:p>
        </w:tc>
        <w:tc>
          <w:tcPr>
            <w:tcW w:w="4132" w:type="dxa"/>
            <w:vMerge w:val="restart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Видыдеятельности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формы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  <w:proofErr w:type="spellEnd"/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50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образовательныересурсы</w:t>
            </w:r>
            <w:proofErr w:type="spellEnd"/>
          </w:p>
        </w:tc>
      </w:tr>
      <w:tr w:rsidR="0085024A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контрольныеработы</w:t>
            </w:r>
            <w:proofErr w:type="spellEnd"/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практическиеработы</w:t>
            </w:r>
            <w:proofErr w:type="spellEnd"/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85024A" w:rsidRDefault="0085024A"/>
        </w:tc>
        <w:tc>
          <w:tcPr>
            <w:tcW w:w="1726" w:type="dxa"/>
            <w:vMerge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</w:tr>
      <w:tr w:rsidR="0085024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1.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Человек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общество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</w:tr>
      <w:tr w:rsidR="0085024A">
        <w:trPr>
          <w:trHeight w:hRule="exact" w:val="734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43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Школьные традиции и праздники. Классный, школьный коллектив, совместная деятельность.</w:t>
            </w:r>
          </w:p>
        </w:tc>
        <w:tc>
          <w:tcPr>
            <w:tcW w:w="5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02.09.2022 07.09.2022</w:t>
            </w:r>
          </w:p>
        </w:tc>
        <w:tc>
          <w:tcPr>
            <w:tcW w:w="4132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30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Экскурсия по школе, знакомство с помещениями;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Одноклассники, взаимоотношения между ними; ценность дружбы, взаимной помощи.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09.09.2022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0" w:right="43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Обсуждение ситуаций по теме «Правила поведения в классе и в школе»;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Рабочее место школьника. Правила безопасной работы на учебном месте, режим труда и отдыха.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14.09.2022 16.09.2022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33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Беседа по теме «Как содержать рабочее место в порядке»;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Россия Москва — столица России. Народы России.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21.09.2022 23.09.2022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7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Просмотр и обсуждение иллюстраций, видеофрагментов и других материалов (по выбору) на темы «Москва —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столица России», «Экскурсия по Москве»;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tabs>
                <w:tab w:val="left" w:pos="112"/>
              </w:tabs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Первоначальные сведения о родном крае. Название своего населённого пункта (города, села), региона.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28.09.2022 30.09.2022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7" w:lineRule="auto"/>
              <w:ind w:left="70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Экскурсии, целевые прогулки, просмотр иллюстраций, видеофрагментов и других материалов о родном крае, труде людей;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1.6.</w:t>
            </w:r>
          </w:p>
        </w:tc>
        <w:tc>
          <w:tcPr>
            <w:tcW w:w="43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4" w:after="0" w:line="245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Культурные объекты родного края. Труд людей. Ценность и красота рукотворного мира.</w:t>
            </w:r>
          </w:p>
        </w:tc>
        <w:tc>
          <w:tcPr>
            <w:tcW w:w="5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4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05.10.2022 07.10.2022</w:t>
            </w:r>
          </w:p>
        </w:tc>
        <w:tc>
          <w:tcPr>
            <w:tcW w:w="4132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4" w:after="0" w:line="245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Рассматривание и описание изделий народных промыслов родного края и народов России;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4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4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85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Правилаповедения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социуме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12.10.2022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0" w:right="576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Беседа по теме «Правила поведения в учреждениях культуры — в театре, музее, библиотеке»;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1.8.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Моя семья в прошлом и настоящем. Имена и фамилии членов семьи, их профессии.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14.10.2022 19.10.2022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0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 с иллюстративным материалом: рассматривание фото, репродукций на тему «Семья»;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1.9.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144"/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Взаимоотношения и взаимопомощь в семье.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Совместныйтруд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иотдых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21.10.2022 26.10.2022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0" w:right="576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 детей по теме «Как наша семья проводит свободное время»;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1.10.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Домашнийадрес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28.10.2022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0" w:right="576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 детей по теме «Как наша семья проводит свободное время»;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348"/>
        </w:trPr>
        <w:tc>
          <w:tcPr>
            <w:tcW w:w="4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Итогопоразделу</w:t>
            </w:r>
            <w:proofErr w:type="spellEnd"/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17</w:t>
            </w:r>
          </w:p>
        </w:tc>
        <w:tc>
          <w:tcPr>
            <w:tcW w:w="10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85024A"/>
        </w:tc>
      </w:tr>
      <w:tr w:rsidR="0085024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Человек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природа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</w:tr>
      <w:tr w:rsidR="0085024A">
        <w:trPr>
          <w:trHeight w:hRule="exact" w:val="71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64" w:after="0" w:line="250" w:lineRule="auto"/>
              <w:ind w:left="72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Природа и предметы, созданные человеком. Природные материалы. Бережное отношение к </w:t>
            </w:r>
            <w:proofErr w:type="gramStart"/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пред</w:t>
            </w:r>
            <w:proofErr w:type="gramEnd"/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метам, вещам, уход за ними.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09.11.2022 16.11.2022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Учебный диалог по теме «Почему люди должны оберегать и охранять природу»;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</w:tbl>
    <w:p w:rsidR="0085024A" w:rsidRDefault="0085024A">
      <w:pPr>
        <w:autoSpaceDE w:val="0"/>
        <w:autoSpaceDN w:val="0"/>
        <w:spacing w:after="0" w:line="14" w:lineRule="exact"/>
      </w:pPr>
    </w:p>
    <w:p w:rsidR="0085024A" w:rsidRDefault="0085024A">
      <w:pPr>
        <w:sectPr w:rsidR="0085024A">
          <w:pgSz w:w="16840" w:h="11900"/>
          <w:pgMar w:top="282" w:right="640" w:bottom="35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85024A" w:rsidRDefault="0085024A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/>
      </w:tblPr>
      <w:tblGrid>
        <w:gridCol w:w="468"/>
        <w:gridCol w:w="4346"/>
        <w:gridCol w:w="530"/>
        <w:gridCol w:w="1104"/>
        <w:gridCol w:w="1140"/>
        <w:gridCol w:w="864"/>
        <w:gridCol w:w="4132"/>
        <w:gridCol w:w="1080"/>
        <w:gridCol w:w="1838"/>
      </w:tblGrid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66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Неживая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живаяприрода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18.11.2022 25.11.2022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 с иллюстративным материалом: «Живая и неживая природа»;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144"/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Погода и термометр. Наблюдение за погодой своего края.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Сезонныеизменения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природе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30.11.2022 07.12.2022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30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 по теме «Измеряем температуру»;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Взаимосвязи между человеком и природой. Правила нравственного и безопасного поведения в природе.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09.12.2022 16.12.2022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Учебный диалог по теме «Почему люди должны оберегать и охранять природу»;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64" w:after="0" w:line="252" w:lineRule="auto"/>
              <w:ind w:left="72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Растения ближайшего окружения (узнавание, называние, краткое  описание).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21.12.2022 23.12.2022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33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Сравнение внешнего вида деревьев, кустарников, трав;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Лиственные и хвойные растения. Дикорастущие и культурные растения.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11.01.2023 18.01.2023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Учебный диалог по теме «Чем различаются дикорастущие и культурные растения?»;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7" w:lineRule="auto"/>
              <w:ind w:left="72" w:right="458"/>
              <w:jc w:val="both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Части растения (называние, краткая характеристика значения для жизни растения): корень, стебель, лист, цветок, плод, семя.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20.01.2023 01.02.2023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0" w:right="43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 по теме «Найдите у растений их части»;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Комнатные растения, правила содержания и ухода.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03.02.2023 10.02.2023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0" w:right="43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 по теме «Учимся ухаживать за растениями уголка природы»;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2.9.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Разные группы животных (звери, насекомые, птицы, рыбы и др.).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15.02.2023 17.03.2023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0" w:right="72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Игра-соревнование по теме «Кто больше назовёт насекомых (птиц, зверей…)»;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2.10.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Домашние и дикие животные (различия в условиях жизни).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22.03.2023 05.04.2023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Логическая задача: найди ошибку в иллюстрациях — какое животное попало в эту группу неправильно;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2.11.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Забота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о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домашнихпитомцах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07.04.2023 12.04.2023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30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 детей по теме «Мой домашний питомец»;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348"/>
        </w:trPr>
        <w:tc>
          <w:tcPr>
            <w:tcW w:w="4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Итогопоразделу</w:t>
            </w:r>
            <w:proofErr w:type="spellEnd"/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37</w:t>
            </w:r>
          </w:p>
        </w:tc>
        <w:tc>
          <w:tcPr>
            <w:tcW w:w="10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85024A"/>
        </w:tc>
      </w:tr>
      <w:tr w:rsidR="0085024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3.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Правилабезопаснойжизни.</w:t>
            </w:r>
          </w:p>
        </w:tc>
      </w:tr>
      <w:tr w:rsidR="0085024A" w:rsidRPr="0047448E">
        <w:trPr>
          <w:trHeight w:hRule="exact" w:val="139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Необходимость соблюдения режима дня, правил здорового питания и личной гигиены.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14.04.2023 21.04.2023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0" w:right="576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Беседа по теме «Что такое режим дня»: обсуждение режима дня первоклассника;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Письменный контроль;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uchi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main</w:t>
            </w:r>
            <w:r w:rsidRPr="00B90D3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://2035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loginhttps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class</w:t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/1/</w:t>
            </w:r>
          </w:p>
        </w:tc>
      </w:tr>
    </w:tbl>
    <w:p w:rsidR="0085024A" w:rsidRPr="00B90D3E" w:rsidRDefault="0085024A">
      <w:pPr>
        <w:autoSpaceDE w:val="0"/>
        <w:autoSpaceDN w:val="0"/>
        <w:spacing w:after="0" w:line="14" w:lineRule="exact"/>
        <w:rPr>
          <w:lang w:val="ru-RU"/>
        </w:rPr>
      </w:pPr>
    </w:p>
    <w:p w:rsidR="0085024A" w:rsidRPr="00B90D3E" w:rsidRDefault="0085024A">
      <w:pPr>
        <w:rPr>
          <w:lang w:val="ru-RU"/>
        </w:rPr>
        <w:sectPr w:rsidR="0085024A" w:rsidRPr="00B90D3E">
          <w:pgSz w:w="16840" w:h="11900"/>
          <w:pgMar w:top="284" w:right="640" w:bottom="74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/>
      </w:tblPr>
      <w:tblGrid>
        <w:gridCol w:w="468"/>
        <w:gridCol w:w="4346"/>
        <w:gridCol w:w="530"/>
        <w:gridCol w:w="1104"/>
        <w:gridCol w:w="1140"/>
        <w:gridCol w:w="864"/>
        <w:gridCol w:w="4132"/>
        <w:gridCol w:w="1080"/>
        <w:gridCol w:w="1838"/>
      </w:tblGrid>
      <w:tr w:rsidR="0085024A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Правила безопасности в быту: пользование бытовыми </w:t>
            </w:r>
            <w:proofErr w:type="spellStart"/>
            <w:proofErr w:type="gramStart"/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электро</w:t>
            </w:r>
            <w:proofErr w:type="spellEnd"/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приборами</w:t>
            </w:r>
            <w:proofErr w:type="gramEnd"/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, газовыми плитами.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26.04.2023 28.04.2023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52" w:lineRule="auto"/>
              <w:ind w:left="70" w:right="115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 с иллюстрационным </w:t>
            </w:r>
            <w:r w:rsidRPr="00B90D3E">
              <w:rPr>
                <w:lang w:val="ru-RU"/>
              </w:rPr>
              <w:br/>
            </w:r>
            <w:proofErr w:type="spellStart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материалом</w:t>
            </w:r>
            <w:proofErr w:type="gramStart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;в</w:t>
            </w:r>
            <w:proofErr w:type="gram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идеофрагментами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;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Беседа:"Правила безопасного пользования электроприборами";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111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47" w:lineRule="auto"/>
              <w:ind w:left="72" w:right="88"/>
              <w:jc w:val="both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Дорога от дома до школы. Правила безопасного поведения пешехода (дорожные знаки, дорожная разметка, дорожные сигналы).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03.05.2023 12.05.2023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52" w:lineRule="auto"/>
              <w:ind w:left="70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Беседа по теме "Безопасная дорога от школы до дома"; Рассказ учителя: "Дорожные знаки;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для чего нужны?";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Практическое занятие "Рисуем дорожные знаки</w:t>
            </w:r>
            <w:proofErr w:type="gramStart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";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</w:t>
            </w:r>
            <w:proofErr w:type="gram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4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Безопасность в сети Интернет (электронный дневник и электронные ресурсы школы) в условиях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контролируемого доступа в Интернет.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17.05.2023 24.05.2023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6" w:after="0" w:line="245" w:lineRule="auto"/>
              <w:ind w:left="70" w:right="72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Беседа и просмотр видеофильма "Безопасность в Интернете</w:t>
            </w:r>
            <w:proofErr w:type="gramStart"/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";;</w:t>
            </w:r>
            <w:proofErr w:type="gram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https://uchi.ru/main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https://2035school.ru/login https://resh.edu.ru/class/1/</w:t>
            </w:r>
          </w:p>
        </w:tc>
      </w:tr>
      <w:tr w:rsidR="0085024A">
        <w:trPr>
          <w:trHeight w:hRule="exact" w:val="348"/>
        </w:trPr>
        <w:tc>
          <w:tcPr>
            <w:tcW w:w="4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Итогопоразделу</w:t>
            </w:r>
            <w:proofErr w:type="spellEnd"/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</w:t>
            </w:r>
          </w:p>
        </w:tc>
        <w:tc>
          <w:tcPr>
            <w:tcW w:w="10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85024A"/>
        </w:tc>
      </w:tr>
      <w:tr w:rsidR="0085024A">
        <w:trPr>
          <w:trHeight w:hRule="exact" w:val="348"/>
        </w:trPr>
        <w:tc>
          <w:tcPr>
            <w:tcW w:w="4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Резервноевремя</w:t>
            </w:r>
            <w:proofErr w:type="spellEnd"/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0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85024A"/>
        </w:tc>
      </w:tr>
      <w:tr w:rsidR="0085024A">
        <w:trPr>
          <w:trHeight w:hRule="exact" w:val="328"/>
        </w:trPr>
        <w:tc>
          <w:tcPr>
            <w:tcW w:w="4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79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85024A"/>
        </w:tc>
      </w:tr>
    </w:tbl>
    <w:p w:rsidR="0085024A" w:rsidRDefault="0085024A">
      <w:pPr>
        <w:autoSpaceDE w:val="0"/>
        <w:autoSpaceDN w:val="0"/>
        <w:spacing w:after="0" w:line="14" w:lineRule="exact"/>
      </w:pPr>
    </w:p>
    <w:p w:rsidR="0085024A" w:rsidRDefault="0085024A">
      <w:pPr>
        <w:sectPr w:rsidR="0085024A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85024A" w:rsidRDefault="0085024A">
      <w:pPr>
        <w:autoSpaceDE w:val="0"/>
        <w:autoSpaceDN w:val="0"/>
        <w:spacing w:after="78" w:line="220" w:lineRule="exact"/>
      </w:pPr>
    </w:p>
    <w:p w:rsidR="0085024A" w:rsidRDefault="00B90D3E">
      <w:pPr>
        <w:autoSpaceDE w:val="0"/>
        <w:autoSpaceDN w:val="0"/>
        <w:spacing w:after="310" w:line="230" w:lineRule="auto"/>
        <w:ind w:left="2"/>
      </w:pPr>
      <w:r>
        <w:rPr>
          <w:rFonts w:ascii="Times New Roman" w:eastAsia="Times New Roman" w:hAnsi="Times New Roman"/>
          <w:b/>
          <w:color w:val="000000"/>
          <w:w w:val="101"/>
          <w:sz w:val="23"/>
        </w:rPr>
        <w:t xml:space="preserve">ПОУРОЧНОЕ ПЛАНИРОВАНИЕ </w:t>
      </w:r>
    </w:p>
    <w:tbl>
      <w:tblPr>
        <w:tblW w:w="0" w:type="auto"/>
        <w:tblInd w:w="5" w:type="dxa"/>
        <w:tblLayout w:type="fixed"/>
        <w:tblLook w:val="04A0"/>
      </w:tblPr>
      <w:tblGrid>
        <w:gridCol w:w="490"/>
        <w:gridCol w:w="3546"/>
        <w:gridCol w:w="708"/>
        <w:gridCol w:w="1570"/>
        <w:gridCol w:w="1616"/>
        <w:gridCol w:w="1198"/>
        <w:gridCol w:w="1524"/>
      </w:tblGrid>
      <w:tr w:rsidR="0085024A" w:rsidTr="00C97C27">
        <w:trPr>
          <w:trHeight w:val="20"/>
        </w:trPr>
        <w:tc>
          <w:tcPr>
            <w:tcW w:w="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left="70"/>
            </w:pPr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п/п</w:t>
            </w:r>
          </w:p>
        </w:tc>
        <w:tc>
          <w:tcPr>
            <w:tcW w:w="35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Темаурока</w:t>
            </w:r>
            <w:proofErr w:type="spellEnd"/>
          </w:p>
        </w:tc>
        <w:tc>
          <w:tcPr>
            <w:tcW w:w="3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Количествочасов</w:t>
            </w:r>
            <w:proofErr w:type="spellEnd"/>
          </w:p>
        </w:tc>
        <w:tc>
          <w:tcPr>
            <w:tcW w:w="1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left="70" w:right="14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Дата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изучения</w:t>
            </w:r>
            <w:proofErr w:type="spellEnd"/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71" w:lineRule="auto"/>
              <w:ind w:left="70" w:right="43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формы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контроля</w:t>
            </w:r>
            <w:proofErr w:type="spellEnd"/>
          </w:p>
        </w:tc>
      </w:tr>
      <w:tr w:rsidR="0085024A" w:rsidTr="00C97C27">
        <w:trPr>
          <w:trHeight w:val="20"/>
        </w:trPr>
        <w:tc>
          <w:tcPr>
            <w:tcW w:w="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  <w:tc>
          <w:tcPr>
            <w:tcW w:w="35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всего</w:t>
            </w:r>
            <w:proofErr w:type="spellEnd"/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контрольныеработы</w:t>
            </w:r>
            <w:proofErr w:type="spellEnd"/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101"/>
                <w:sz w:val="23"/>
              </w:rPr>
              <w:t>практическиеработы</w:t>
            </w:r>
            <w:proofErr w:type="spellEnd"/>
          </w:p>
        </w:tc>
        <w:tc>
          <w:tcPr>
            <w:tcW w:w="11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4A" w:rsidRDefault="0085024A"/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left="70" w:right="115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Школьныетрадиции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праздники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02.09.2022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62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Классный, школьный коллектив, совместная деятельность.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07.09.2022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71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Одноклассники,взаимоотношения между ними; ценность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дружбы,взаимной помощи.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09.09.2022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Рабочееместошкольника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14.09.2022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71" w:lineRule="auto"/>
              <w:ind w:left="70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Правила безопасной работы на учебном месте, режим труда и отдыха.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16.09.2022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left="70" w:right="72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РоссияМосква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—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столицаРоссии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21.09.2022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7.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НародыРоссии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23.09.2022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8.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/>
              <w:ind w:left="70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Первоначальные сведения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ородном крае. Название своего населённого пункта (города, села), региона.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28.09.2022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9.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МоямалаяРодина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30.09.2022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10.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left="70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Культурныеобъектыродногокрая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05.10.2022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11.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62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Труд людей. Ценность и красота рукотворного мира.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07.10.2022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12.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Правилаповедения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социуме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12.10.2022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13.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62" w:lineRule="auto"/>
              <w:ind w:left="70" w:right="100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Моя семья в прошлом и настоящем.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14.10.2022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14.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62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Имена и фамилии членов семьи, их профессии.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19.10.2022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C97C27">
        <w:trPr>
          <w:trHeight w:val="2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15.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62" w:lineRule="auto"/>
              <w:ind w:left="70" w:right="100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Взаимоотношения и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взаимопомощь в семье.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21.10.2022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0A53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16.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Совместныйтруд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отдых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26.10.2022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0A53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17.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Домашнийадрес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28.10.2022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0A53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18.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Pr="00B90D3E" w:rsidRDefault="00C97C27" w:rsidP="000A534A">
            <w:pPr>
              <w:autoSpaceDE w:val="0"/>
              <w:autoSpaceDN w:val="0"/>
              <w:spacing w:before="96" w:after="0" w:line="262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Природа и предметы, созданные человеком.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09.11.2022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0A534A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</w:tbl>
    <w:p w:rsidR="0085024A" w:rsidRDefault="0085024A">
      <w:pPr>
        <w:autoSpaceDE w:val="0"/>
        <w:autoSpaceDN w:val="0"/>
        <w:spacing w:after="0" w:line="14" w:lineRule="exact"/>
      </w:pPr>
    </w:p>
    <w:p w:rsidR="0085024A" w:rsidRDefault="0085024A">
      <w:pPr>
        <w:sectPr w:rsidR="0085024A">
          <w:pgSz w:w="11900" w:h="16840"/>
          <w:pgMar w:top="298" w:right="556" w:bottom="524" w:left="662" w:header="720" w:footer="720" w:gutter="0"/>
          <w:cols w:space="720" w:equalWidth="0">
            <w:col w:w="10682" w:space="0"/>
          </w:cols>
          <w:docGrid w:linePitch="360"/>
        </w:sectPr>
      </w:pPr>
    </w:p>
    <w:p w:rsidR="0085024A" w:rsidRDefault="0085024A">
      <w:pPr>
        <w:autoSpaceDE w:val="0"/>
        <w:autoSpaceDN w:val="0"/>
        <w:spacing w:after="66" w:line="220" w:lineRule="exact"/>
      </w:pPr>
    </w:p>
    <w:tbl>
      <w:tblPr>
        <w:tblW w:w="0" w:type="auto"/>
        <w:tblInd w:w="5" w:type="dxa"/>
        <w:tblLayout w:type="fixed"/>
        <w:tblLook w:val="04A0"/>
      </w:tblPr>
      <w:tblGrid>
        <w:gridCol w:w="490"/>
        <w:gridCol w:w="3546"/>
        <w:gridCol w:w="708"/>
        <w:gridCol w:w="1570"/>
        <w:gridCol w:w="1616"/>
        <w:gridCol w:w="1198"/>
        <w:gridCol w:w="1524"/>
      </w:tblGrid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19.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Природныематериалы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11.11.2022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20.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62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Бережное отношение к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предметам, вещам, уход за ними.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16.11.2022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21.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Живаяприрода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18.11.2022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22.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Неживаяприрода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23.11.2022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23.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62" w:lineRule="auto"/>
              <w:ind w:left="70" w:right="576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Взаимосвязь между живой и неживой природой.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25.11.2022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tabs>
                <w:tab w:val="left" w:pos="152"/>
              </w:tabs>
              <w:autoSpaceDE w:val="0"/>
              <w:autoSpaceDN w:val="0"/>
              <w:spacing w:before="94" w:after="0" w:line="262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Практическая</w:t>
            </w:r>
            <w:proofErr w:type="spellEnd"/>
            <w:r>
              <w:tab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24.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Погода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термометр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30.11.2022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25.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62" w:lineRule="auto"/>
              <w:ind w:left="70" w:right="288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Наблюдение за погодой своего края.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02.12.2022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26.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Сезонныеизменения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природе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07.12.2022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27.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62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Взаимосвязи между человеком и природой.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09.12.2022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28.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62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Правила нравственного и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безопасного поведения в природе.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14.12.2022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29.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Природа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классе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16.12.2022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1128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30.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71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Растения ближайшего окружения (узнавание, называние, краткое описание).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21.12.2022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31.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Чторастёт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школы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23.12.2022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32.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Лиственные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хвойныерастения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11.01.2023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33.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left="70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Дикорастущие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культурныерастения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13.01.2023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78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34.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Разнообразиерастений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18.01.2023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566C7B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566C7B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35.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Pr="00B90D3E" w:rsidRDefault="00C97C27" w:rsidP="00566C7B">
            <w:pPr>
              <w:autoSpaceDE w:val="0"/>
              <w:autoSpaceDN w:val="0"/>
              <w:spacing w:before="94" w:after="0" w:line="262" w:lineRule="auto"/>
              <w:ind w:left="70" w:right="72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Значение растений в жизни человека.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566C7B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566C7B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566C7B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566C7B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20.01.2023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566C7B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7D3E42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7D3E42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36.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Pr="00B90D3E" w:rsidRDefault="00C97C27" w:rsidP="007D3E42">
            <w:pPr>
              <w:autoSpaceDE w:val="0"/>
              <w:autoSpaceDN w:val="0"/>
              <w:spacing w:before="94" w:after="0" w:line="230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Что общего у разных растений?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7D3E42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7D3E42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7D3E42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7D3E42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25.01.2023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7D3E42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1059E3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1059E3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37.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Pr="00B90D3E" w:rsidRDefault="00C97C27" w:rsidP="001059E3">
            <w:pPr>
              <w:autoSpaceDE w:val="0"/>
              <w:autoSpaceDN w:val="0"/>
              <w:spacing w:before="96" w:after="0" w:line="262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Части растения: </w:t>
            </w:r>
            <w:proofErr w:type="spellStart"/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корень</w:t>
            </w:r>
            <w:proofErr w:type="gramStart"/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,с</w:t>
            </w:r>
            <w:proofErr w:type="gramEnd"/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тебель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, лист, цветок, </w:t>
            </w:r>
            <w:proofErr w:type="spellStart"/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плод,семя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1059E3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1059E3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1059E3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1059E3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27.01.2023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1059E3">
            <w:pPr>
              <w:tabs>
                <w:tab w:val="left" w:pos="152"/>
              </w:tabs>
              <w:autoSpaceDE w:val="0"/>
              <w:autoSpaceDN w:val="0"/>
              <w:spacing w:before="96" w:after="0" w:line="262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Практическая</w:t>
            </w:r>
            <w:proofErr w:type="spellEnd"/>
            <w:r>
              <w:tab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</w:tbl>
    <w:p w:rsidR="0085024A" w:rsidRDefault="0085024A">
      <w:pPr>
        <w:autoSpaceDE w:val="0"/>
        <w:autoSpaceDN w:val="0"/>
        <w:spacing w:after="0" w:line="14" w:lineRule="exact"/>
      </w:pPr>
    </w:p>
    <w:p w:rsidR="0085024A" w:rsidRDefault="0085024A">
      <w:pPr>
        <w:sectPr w:rsidR="0085024A">
          <w:pgSz w:w="11900" w:h="16840"/>
          <w:pgMar w:top="284" w:right="556" w:bottom="344" w:left="662" w:header="720" w:footer="720" w:gutter="0"/>
          <w:cols w:space="720" w:equalWidth="0">
            <w:col w:w="10682" w:space="0"/>
          </w:cols>
          <w:docGrid w:linePitch="360"/>
        </w:sectPr>
      </w:pPr>
    </w:p>
    <w:p w:rsidR="0085024A" w:rsidRDefault="0085024A">
      <w:pPr>
        <w:autoSpaceDE w:val="0"/>
        <w:autoSpaceDN w:val="0"/>
        <w:spacing w:after="66" w:line="220" w:lineRule="exact"/>
      </w:pPr>
    </w:p>
    <w:tbl>
      <w:tblPr>
        <w:tblW w:w="0" w:type="auto"/>
        <w:tblInd w:w="5" w:type="dxa"/>
        <w:tblLayout w:type="fixed"/>
        <w:tblLook w:val="04A0"/>
      </w:tblPr>
      <w:tblGrid>
        <w:gridCol w:w="490"/>
        <w:gridCol w:w="3546"/>
        <w:gridCol w:w="708"/>
        <w:gridCol w:w="1570"/>
        <w:gridCol w:w="1616"/>
        <w:gridCol w:w="1198"/>
        <w:gridCol w:w="1524"/>
      </w:tblGrid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38.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Комнатныерастения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01.02.2023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39.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30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Комнатные растения у нас дома.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03.02.2023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40.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Правиласодержания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ухода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08.02.2023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tabs>
                <w:tab w:val="left" w:pos="152"/>
              </w:tabs>
              <w:autoSpaceDE w:val="0"/>
              <w:autoSpaceDN w:val="0"/>
              <w:spacing w:before="94" w:after="0" w:line="262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Практическая</w:t>
            </w:r>
            <w:proofErr w:type="spellEnd"/>
            <w:r>
              <w:tab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41.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Разныегруппыживотных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10.02.2023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42.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Насекомые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15.02.2023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43.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Птицы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17.02.2023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44.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Звери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01.03.2023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45.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Рыбы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03.03.2023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46.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Земноводные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08.03.2023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47.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Пресмыкающиеся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10.03.2023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48.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зоопарке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15.03.2023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49.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Домашниеживотные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17.03.2023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50.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Дикиеживотные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22.03.2023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1128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51.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71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Различия и схожести в условиях жизни диких и домашних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животных.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24.03.2023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968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52.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Забота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о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домашнихпитомцах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05.04.2023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CC0435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53.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Pr="00B90D3E" w:rsidRDefault="00C97C27" w:rsidP="00CC0435">
            <w:pPr>
              <w:autoSpaceDE w:val="0"/>
              <w:autoSpaceDN w:val="0"/>
              <w:spacing w:before="94" w:after="0" w:line="262" w:lineRule="auto"/>
              <w:ind w:left="70" w:right="72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Почему мы любим кошек и собак?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07.04.2023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CC0435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54.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Соблюдениережимадня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12.04.2023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tabs>
                <w:tab w:val="left" w:pos="152"/>
              </w:tabs>
              <w:autoSpaceDE w:val="0"/>
              <w:autoSpaceDN w:val="0"/>
              <w:spacing w:before="94" w:after="0" w:line="262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Практическая</w:t>
            </w:r>
            <w:proofErr w:type="spellEnd"/>
            <w:r>
              <w:tab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C97C27" w:rsidTr="00CC0435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55.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Правилаздоровогопитания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14.04.2023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97C27" w:rsidRDefault="00C97C27" w:rsidP="00CC0435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</w:tbl>
    <w:p w:rsidR="0085024A" w:rsidRDefault="0085024A">
      <w:pPr>
        <w:autoSpaceDE w:val="0"/>
        <w:autoSpaceDN w:val="0"/>
        <w:spacing w:after="0" w:line="14" w:lineRule="exact"/>
      </w:pPr>
    </w:p>
    <w:p w:rsidR="0085024A" w:rsidRDefault="0085024A">
      <w:pPr>
        <w:sectPr w:rsidR="0085024A">
          <w:pgSz w:w="11900" w:h="16840"/>
          <w:pgMar w:top="284" w:right="556" w:bottom="652" w:left="662" w:header="720" w:footer="720" w:gutter="0"/>
          <w:cols w:space="720" w:equalWidth="0">
            <w:col w:w="10682" w:space="0"/>
          </w:cols>
          <w:docGrid w:linePitch="360"/>
        </w:sectPr>
      </w:pPr>
    </w:p>
    <w:p w:rsidR="0085024A" w:rsidRDefault="0085024A">
      <w:pPr>
        <w:autoSpaceDE w:val="0"/>
        <w:autoSpaceDN w:val="0"/>
        <w:spacing w:after="66" w:line="220" w:lineRule="exact"/>
      </w:pPr>
    </w:p>
    <w:tbl>
      <w:tblPr>
        <w:tblW w:w="0" w:type="auto"/>
        <w:tblInd w:w="5" w:type="dxa"/>
        <w:tblLayout w:type="fixed"/>
        <w:tblLook w:val="04A0"/>
      </w:tblPr>
      <w:tblGrid>
        <w:gridCol w:w="490"/>
        <w:gridCol w:w="3546"/>
        <w:gridCol w:w="708"/>
        <w:gridCol w:w="1570"/>
        <w:gridCol w:w="1616"/>
        <w:gridCol w:w="1198"/>
        <w:gridCol w:w="1524"/>
      </w:tblGrid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56.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Правилаличнойгигиены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19.04.2023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1128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57.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71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Правила безопасного поведения в быту. Что вокруг нас может быть опасным?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21.04.2023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1128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58.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71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 xml:space="preserve">Правила безопасного </w:t>
            </w:r>
            <w:r w:rsidRPr="00B90D3E">
              <w:rPr>
                <w:lang w:val="ru-RU"/>
              </w:rPr>
              <w:br/>
            </w: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пользования электроприборами и газовыми плитами.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26.04.2023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59.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left="70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Правилабезопасногоповеденияпешехода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28.04.2023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60.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Дорожныезнаки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03.05.2023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61.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8" w:after="0" w:line="262" w:lineRule="auto"/>
              <w:ind w:left="70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Дорожнаяразметка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дорожныесигналы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05.05.2023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tabs>
                <w:tab w:val="left" w:pos="152"/>
              </w:tabs>
              <w:autoSpaceDE w:val="0"/>
              <w:autoSpaceDN w:val="0"/>
              <w:spacing w:before="98" w:after="0" w:line="262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Практическая</w:t>
            </w:r>
            <w:proofErr w:type="spellEnd"/>
            <w:r>
              <w:tab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62.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30" w:lineRule="auto"/>
              <w:ind w:left="70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Дорога от дома до школы.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10.05.2023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63.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Безопасность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интернете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4" w:after="0" w:line="230" w:lineRule="auto"/>
              <w:ind w:left="70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12.05.2023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 w:rsidP="00B90D3E">
            <w:pPr>
              <w:tabs>
                <w:tab w:val="left" w:pos="152"/>
              </w:tabs>
              <w:autoSpaceDE w:val="0"/>
              <w:autoSpaceDN w:val="0"/>
              <w:spacing w:before="94" w:after="0" w:line="262" w:lineRule="auto"/>
              <w:ind w:right="144"/>
            </w:pPr>
            <w:proofErr w:type="spellStart"/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80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64.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Правилабезопаснойжизни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17.05.2023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4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B90D3E">
        <w:trPr>
          <w:trHeight w:hRule="exact" w:val="105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65.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left="70" w:right="72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Итоговаядиагностическаяработа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30" w:lineRule="auto"/>
              <w:ind w:left="70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19.05.2023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E35AA7">
            <w:pPr>
              <w:autoSpaceDE w:val="0"/>
              <w:autoSpaceDN w:val="0"/>
              <w:spacing w:before="96" w:after="0" w:line="262" w:lineRule="auto"/>
              <w:ind w:right="576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Д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иагностическаяработа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 w:rsidTr="00B90D3E">
        <w:trPr>
          <w:trHeight w:hRule="exact" w:val="1136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66.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left="70"/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Что такое электронный дневник и электронные ресурсы школы.</w:t>
            </w:r>
          </w:p>
          <w:p w:rsidR="00B90D3E" w:rsidRPr="00B90D3E" w:rsidRDefault="00B90D3E">
            <w:pPr>
              <w:autoSpaceDE w:val="0"/>
              <w:autoSpaceDN w:val="0"/>
              <w:spacing w:before="96" w:after="0" w:line="262" w:lineRule="auto"/>
              <w:ind w:left="70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Работа над ошибками.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24.05.2023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62" w:lineRule="auto"/>
              <w:ind w:right="576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Устныйопрос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;</w:t>
            </w:r>
          </w:p>
        </w:tc>
      </w:tr>
      <w:tr w:rsidR="0085024A">
        <w:trPr>
          <w:trHeight w:hRule="exact" w:val="782"/>
        </w:trPr>
        <w:tc>
          <w:tcPr>
            <w:tcW w:w="4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Pr="00B90D3E" w:rsidRDefault="00B90D3E">
            <w:pPr>
              <w:autoSpaceDE w:val="0"/>
              <w:autoSpaceDN w:val="0"/>
              <w:spacing w:before="96" w:after="0" w:line="262" w:lineRule="auto"/>
              <w:ind w:left="70" w:right="144"/>
              <w:rPr>
                <w:lang w:val="ru-RU"/>
              </w:rPr>
            </w:pPr>
            <w:r w:rsidRPr="00B90D3E">
              <w:rPr>
                <w:rFonts w:ascii="Times New Roman" w:eastAsia="Times New Roman" w:hAnsi="Times New Roman"/>
                <w:color w:val="000000"/>
                <w:w w:val="101"/>
                <w:sz w:val="23"/>
                <w:lang w:val="ru-RU"/>
              </w:rPr>
              <w:t>ОБЩЕЕ КОЛИЧЕСТВО ЧАСОВ ПО ПРОГРАММЕ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66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B90D3E">
            <w:pPr>
              <w:autoSpaceDE w:val="0"/>
              <w:autoSpaceDN w:val="0"/>
              <w:spacing w:before="9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101"/>
                <w:sz w:val="23"/>
              </w:rPr>
              <w:t>5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5024A" w:rsidRDefault="0085024A"/>
        </w:tc>
      </w:tr>
    </w:tbl>
    <w:p w:rsidR="0085024A" w:rsidRDefault="0085024A">
      <w:pPr>
        <w:autoSpaceDE w:val="0"/>
        <w:autoSpaceDN w:val="0"/>
        <w:spacing w:after="0" w:line="14" w:lineRule="exact"/>
      </w:pPr>
    </w:p>
    <w:p w:rsidR="0085024A" w:rsidRDefault="0085024A">
      <w:pPr>
        <w:sectPr w:rsidR="0085024A">
          <w:pgSz w:w="11900" w:h="16840"/>
          <w:pgMar w:top="284" w:right="556" w:bottom="1440" w:left="662" w:header="720" w:footer="720" w:gutter="0"/>
          <w:cols w:space="720" w:equalWidth="0">
            <w:col w:w="10682" w:space="0"/>
          </w:cols>
          <w:docGrid w:linePitch="360"/>
        </w:sectPr>
      </w:pPr>
    </w:p>
    <w:p w:rsidR="0085024A" w:rsidRDefault="0085024A">
      <w:pPr>
        <w:autoSpaceDE w:val="0"/>
        <w:autoSpaceDN w:val="0"/>
        <w:spacing w:after="78" w:line="220" w:lineRule="exact"/>
      </w:pPr>
    </w:p>
    <w:p w:rsidR="0085024A" w:rsidRDefault="00B90D3E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85024A" w:rsidRDefault="00B90D3E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85024A" w:rsidRPr="00B90D3E" w:rsidRDefault="00B90D3E">
      <w:pPr>
        <w:autoSpaceDE w:val="0"/>
        <w:autoSpaceDN w:val="0"/>
        <w:spacing w:before="166" w:after="0" w:line="262" w:lineRule="auto"/>
        <w:ind w:right="576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Окружающий мир (в 2 частях), 1 класс /Плешаков А.А., Новицкая М.Ю., Акционерное общество«Издательство «Просвещение»;</w:t>
      </w:r>
    </w:p>
    <w:p w:rsidR="0085024A" w:rsidRPr="00B90D3E" w:rsidRDefault="00B90D3E">
      <w:pPr>
        <w:autoSpaceDE w:val="0"/>
        <w:autoSpaceDN w:val="0"/>
        <w:spacing w:before="262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85024A" w:rsidRPr="00B90D3E" w:rsidRDefault="00B90D3E">
      <w:pPr>
        <w:autoSpaceDE w:val="0"/>
        <w:autoSpaceDN w:val="0"/>
        <w:spacing w:before="166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А. Плешаков: Уроки окружающего мира.1класс. Пособие для учителя.</w:t>
      </w:r>
    </w:p>
    <w:p w:rsidR="0085024A" w:rsidRPr="00B90D3E" w:rsidRDefault="00B90D3E">
      <w:pPr>
        <w:autoSpaceDE w:val="0"/>
        <w:autoSpaceDN w:val="0"/>
        <w:spacing w:before="7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Издательство:Просвещение,2007г.</w:t>
      </w:r>
    </w:p>
    <w:p w:rsidR="0085024A" w:rsidRPr="00B90D3E" w:rsidRDefault="00B90D3E">
      <w:pPr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Плешаков А.А., Новицкая М.Ю.: Окружающий мир. Методическое пособие с поурочными разработками.1класс.ФГОС. Издательство:Просвещение,2022г.</w:t>
      </w:r>
    </w:p>
    <w:p w:rsidR="0085024A" w:rsidRPr="00B90D3E" w:rsidRDefault="00B90D3E">
      <w:pPr>
        <w:autoSpaceDE w:val="0"/>
        <w:autoSpaceDN w:val="0"/>
        <w:spacing w:before="264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B90D3E" w:rsidRPr="00B90D3E" w:rsidRDefault="00B90D3E" w:rsidP="00B90D3E">
      <w:pPr>
        <w:autoSpaceDE w:val="0"/>
        <w:autoSpaceDN w:val="0"/>
        <w:spacing w:after="0" w:line="288" w:lineRule="auto"/>
        <w:ind w:right="720"/>
        <w:rPr>
          <w:rFonts w:ascii="Times New Roman" w:eastAsia="Times New Roman" w:hAnsi="Times New Roman"/>
          <w:color w:val="000000"/>
          <w:sz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</w:rPr>
        <w:t>https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uchi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mainhttps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://2035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login</w:t>
      </w:r>
    </w:p>
    <w:p w:rsidR="00B90D3E" w:rsidRDefault="00B90D3E" w:rsidP="00B90D3E">
      <w:pPr>
        <w:autoSpaceDE w:val="0"/>
        <w:autoSpaceDN w:val="0"/>
        <w:spacing w:after="0" w:line="288" w:lineRule="auto"/>
        <w:ind w:right="720"/>
        <w:rPr>
          <w:rFonts w:ascii="Times New Roman" w:eastAsia="Times New Roman" w:hAnsi="Times New Roman"/>
          <w:color w:val="000000"/>
          <w:sz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</w:rPr>
        <w:t>https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resh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edu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B90D3E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edu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– федеральный портал «Российское образование»</w:t>
      </w:r>
    </w:p>
    <w:p w:rsidR="00B90D3E" w:rsidRDefault="009645CA" w:rsidP="00B90D3E">
      <w:pPr>
        <w:autoSpaceDE w:val="0"/>
        <w:autoSpaceDN w:val="0"/>
        <w:spacing w:after="0" w:line="288" w:lineRule="auto"/>
        <w:ind w:right="720"/>
        <w:rPr>
          <w:rFonts w:ascii="Times New Roman" w:eastAsia="Times New Roman" w:hAnsi="Times New Roman"/>
          <w:color w:val="000000"/>
          <w:sz w:val="24"/>
          <w:lang w:val="ru-RU"/>
        </w:rPr>
      </w:pPr>
      <w:r>
        <w:fldChar w:fldCharType="begin"/>
      </w:r>
      <w:r>
        <w:instrText>HYPERLINK</w:instrText>
      </w:r>
      <w:r w:rsidRPr="0047448E">
        <w:rPr>
          <w:lang w:val="ru-RU"/>
        </w:rPr>
        <w:instrText xml:space="preserve"> "</w:instrText>
      </w:r>
      <w:r>
        <w:instrText>http</w:instrText>
      </w:r>
      <w:r w:rsidRPr="0047448E">
        <w:rPr>
          <w:lang w:val="ru-RU"/>
        </w:rPr>
        <w:instrText>://</w:instrText>
      </w:r>
      <w:r>
        <w:instrText>www</w:instrText>
      </w:r>
      <w:r w:rsidRPr="0047448E">
        <w:rPr>
          <w:lang w:val="ru-RU"/>
        </w:rPr>
        <w:instrText>.</w:instrText>
      </w:r>
      <w:r>
        <w:instrText>school</w:instrText>
      </w:r>
      <w:r w:rsidRPr="0047448E">
        <w:rPr>
          <w:lang w:val="ru-RU"/>
        </w:rPr>
        <w:instrText>.</w:instrText>
      </w:r>
      <w:r>
        <w:instrText>edu</w:instrText>
      </w:r>
      <w:r w:rsidRPr="0047448E">
        <w:rPr>
          <w:lang w:val="ru-RU"/>
        </w:rPr>
        <w:instrText>.</w:instrText>
      </w:r>
      <w:r>
        <w:instrText>ru</w:instrText>
      </w:r>
      <w:r w:rsidRPr="0047448E">
        <w:rPr>
          <w:lang w:val="ru-RU"/>
        </w:rPr>
        <w:instrText>"</w:instrText>
      </w:r>
      <w:r>
        <w:fldChar w:fldCharType="separate"/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http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://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www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school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edu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ru</w:t>
      </w:r>
      <w:r>
        <w:fldChar w:fldCharType="end"/>
      </w:r>
      <w:r w:rsidR="00B90D3E"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–Российский общеобразовательный портал </w:t>
      </w:r>
      <w:r w:rsidR="00B90D3E" w:rsidRPr="00B90D3E">
        <w:rPr>
          <w:lang w:val="ru-RU"/>
        </w:rPr>
        <w:br/>
      </w:r>
      <w:r>
        <w:fldChar w:fldCharType="begin"/>
      </w:r>
      <w:r>
        <w:instrText>HYPERLINK</w:instrText>
      </w:r>
      <w:r w:rsidRPr="0047448E">
        <w:rPr>
          <w:lang w:val="ru-RU"/>
        </w:rPr>
        <w:instrText xml:space="preserve"> "</w:instrText>
      </w:r>
      <w:r>
        <w:instrText>http</w:instrText>
      </w:r>
      <w:r w:rsidRPr="0047448E">
        <w:rPr>
          <w:lang w:val="ru-RU"/>
        </w:rPr>
        <w:instrText>://</w:instrText>
      </w:r>
      <w:r>
        <w:instrText>www</w:instrText>
      </w:r>
      <w:r w:rsidRPr="0047448E">
        <w:rPr>
          <w:lang w:val="ru-RU"/>
        </w:rPr>
        <w:instrText>.</w:instrText>
      </w:r>
      <w:r>
        <w:instrText>school</w:instrText>
      </w:r>
      <w:r w:rsidRPr="0047448E">
        <w:rPr>
          <w:lang w:val="ru-RU"/>
        </w:rPr>
        <w:instrText>-</w:instrText>
      </w:r>
      <w:r>
        <w:instrText>collection</w:instrText>
      </w:r>
      <w:r w:rsidRPr="0047448E">
        <w:rPr>
          <w:lang w:val="ru-RU"/>
        </w:rPr>
        <w:instrText>.</w:instrText>
      </w:r>
      <w:r>
        <w:instrText>edu</w:instrText>
      </w:r>
      <w:r w:rsidRPr="0047448E">
        <w:rPr>
          <w:lang w:val="ru-RU"/>
        </w:rPr>
        <w:instrText>.</w:instrText>
      </w:r>
      <w:r>
        <w:instrText>ru</w:instrText>
      </w:r>
      <w:r w:rsidRPr="0047448E">
        <w:rPr>
          <w:lang w:val="ru-RU"/>
        </w:rPr>
        <w:instrText>"</w:instrText>
      </w:r>
      <w:r>
        <w:fldChar w:fldCharType="separate"/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http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://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www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school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-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collection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edu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ru</w:t>
      </w:r>
      <w:r>
        <w:fldChar w:fldCharType="end"/>
      </w:r>
      <w:r w:rsidR="00B90D3E"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–единая коллекция цифровых образовательных ресурсов </w:t>
      </w:r>
      <w:r>
        <w:fldChar w:fldCharType="begin"/>
      </w:r>
      <w:r>
        <w:instrText>HYPERLINK</w:instrText>
      </w:r>
      <w:r w:rsidRPr="0047448E">
        <w:rPr>
          <w:lang w:val="ru-RU"/>
        </w:rPr>
        <w:instrText xml:space="preserve"> "</w:instrText>
      </w:r>
      <w:r>
        <w:instrText>http</w:instrText>
      </w:r>
      <w:r w:rsidRPr="0047448E">
        <w:rPr>
          <w:lang w:val="ru-RU"/>
        </w:rPr>
        <w:instrText>://</w:instrText>
      </w:r>
      <w:r>
        <w:instrText>www</w:instrText>
      </w:r>
      <w:r w:rsidRPr="0047448E">
        <w:rPr>
          <w:lang w:val="ru-RU"/>
        </w:rPr>
        <w:instrText>.</w:instrText>
      </w:r>
      <w:r>
        <w:instrText>prosv</w:instrText>
      </w:r>
      <w:r w:rsidRPr="0047448E">
        <w:rPr>
          <w:lang w:val="ru-RU"/>
        </w:rPr>
        <w:instrText>.</w:instrText>
      </w:r>
      <w:r>
        <w:instrText>ru</w:instrText>
      </w:r>
      <w:r w:rsidRPr="0047448E">
        <w:rPr>
          <w:lang w:val="ru-RU"/>
        </w:rPr>
        <w:instrText>/</w:instrText>
      </w:r>
      <w:r>
        <w:instrText>umk</w:instrText>
      </w:r>
      <w:r w:rsidRPr="0047448E">
        <w:rPr>
          <w:lang w:val="ru-RU"/>
        </w:rPr>
        <w:instrText>/</w:instrText>
      </w:r>
      <w:r>
        <w:instrText>perspektiva</w:instrText>
      </w:r>
      <w:r w:rsidRPr="0047448E">
        <w:rPr>
          <w:lang w:val="ru-RU"/>
        </w:rPr>
        <w:instrText>"</w:instrText>
      </w:r>
      <w:r>
        <w:fldChar w:fldCharType="separate"/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http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://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www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prosv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ru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/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umk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/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perspektiva</w:t>
      </w:r>
      <w:r>
        <w:fldChar w:fldCharType="end"/>
      </w:r>
      <w:r w:rsidR="00B90D3E" w:rsidRPr="00B90D3E">
        <w:rPr>
          <w:rFonts w:ascii="Times New Roman" w:eastAsia="Times New Roman" w:hAnsi="Times New Roman"/>
          <w:color w:val="000000"/>
          <w:sz w:val="24"/>
          <w:lang w:val="ru-RU"/>
        </w:rPr>
        <w:t>Издательство“Просвещение”</w:t>
      </w:r>
      <w:r w:rsidR="00B90D3E" w:rsidRPr="00B90D3E">
        <w:rPr>
          <w:lang w:val="ru-RU"/>
        </w:rPr>
        <w:br/>
      </w:r>
      <w:r w:rsidR="00B90D3E"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Единая коллекция Цифровых Образовательных Ресурсов: </w:t>
      </w:r>
      <w:r w:rsidR="00B90D3E" w:rsidRPr="00B90D3E">
        <w:rPr>
          <w:lang w:val="ru-RU"/>
        </w:rPr>
        <w:br/>
      </w:r>
      <w:r>
        <w:fldChar w:fldCharType="begin"/>
      </w:r>
      <w:r>
        <w:instrText>HYPERLINK</w:instrText>
      </w:r>
      <w:r w:rsidRPr="0047448E">
        <w:rPr>
          <w:lang w:val="ru-RU"/>
        </w:rPr>
        <w:instrText xml:space="preserve"> "</w:instrText>
      </w:r>
      <w:r>
        <w:instrText>http</w:instrText>
      </w:r>
      <w:r w:rsidRPr="0047448E">
        <w:rPr>
          <w:lang w:val="ru-RU"/>
        </w:rPr>
        <w:instrText>://</w:instrText>
      </w:r>
      <w:r>
        <w:instrText>schoolcollection</w:instrText>
      </w:r>
      <w:r w:rsidRPr="0047448E">
        <w:rPr>
          <w:lang w:val="ru-RU"/>
        </w:rPr>
        <w:instrText>.</w:instrText>
      </w:r>
      <w:r>
        <w:instrText>edu</w:instrText>
      </w:r>
      <w:r w:rsidRPr="0047448E">
        <w:rPr>
          <w:lang w:val="ru-RU"/>
        </w:rPr>
        <w:instrText>.</w:instrText>
      </w:r>
      <w:r>
        <w:instrText>ru</w:instrText>
      </w:r>
      <w:r w:rsidRPr="0047448E">
        <w:rPr>
          <w:lang w:val="ru-RU"/>
        </w:rPr>
        <w:instrText>"</w:instrText>
      </w:r>
      <w:r>
        <w:fldChar w:fldCharType="separate"/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http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://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schoolcollection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edu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proofErr w:type="spellStart"/>
      <w:r w:rsidR="00B90D3E" w:rsidRPr="007C5FC7">
        <w:rPr>
          <w:rStyle w:val="aff8"/>
          <w:rFonts w:ascii="Times New Roman" w:eastAsia="Times New Roman" w:hAnsi="Times New Roman"/>
          <w:sz w:val="24"/>
        </w:rPr>
        <w:t>ru</w:t>
      </w:r>
      <w:proofErr w:type="spellEnd"/>
      <w:r>
        <w:fldChar w:fldCharType="end"/>
      </w:r>
    </w:p>
    <w:p w:rsidR="00B90D3E" w:rsidRDefault="00B90D3E" w:rsidP="00B90D3E">
      <w:pPr>
        <w:autoSpaceDE w:val="0"/>
        <w:autoSpaceDN w:val="0"/>
        <w:spacing w:after="0" w:line="288" w:lineRule="auto"/>
        <w:ind w:right="720"/>
        <w:rPr>
          <w:rFonts w:ascii="Times New Roman" w:eastAsia="Times New Roman" w:hAnsi="Times New Roman"/>
          <w:color w:val="000000"/>
          <w:sz w:val="24"/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Презентацииуроков«Начальная школа»:</w:t>
      </w:r>
    </w:p>
    <w:p w:rsidR="00B90D3E" w:rsidRDefault="009645CA" w:rsidP="00B90D3E">
      <w:pPr>
        <w:autoSpaceDE w:val="0"/>
        <w:autoSpaceDN w:val="0"/>
        <w:spacing w:after="0" w:line="288" w:lineRule="auto"/>
        <w:ind w:right="720"/>
        <w:rPr>
          <w:rFonts w:ascii="Times New Roman" w:eastAsia="Times New Roman" w:hAnsi="Times New Roman"/>
          <w:color w:val="000000"/>
          <w:sz w:val="24"/>
          <w:lang w:val="ru-RU"/>
        </w:rPr>
      </w:pPr>
      <w:r>
        <w:fldChar w:fldCharType="begin"/>
      </w:r>
      <w:r>
        <w:instrText>HYPERLINK</w:instrText>
      </w:r>
      <w:r w:rsidRPr="0047448E">
        <w:rPr>
          <w:lang w:val="ru-RU"/>
        </w:rPr>
        <w:instrText xml:space="preserve"> "</w:instrText>
      </w:r>
      <w:r>
        <w:instrText>http</w:instrText>
      </w:r>
      <w:r w:rsidRPr="0047448E">
        <w:rPr>
          <w:lang w:val="ru-RU"/>
        </w:rPr>
        <w:instrText>://</w:instrText>
      </w:r>
      <w:r>
        <w:instrText>nachalka</w:instrText>
      </w:r>
      <w:r w:rsidRPr="0047448E">
        <w:rPr>
          <w:lang w:val="ru-RU"/>
        </w:rPr>
        <w:instrText>.</w:instrText>
      </w:r>
      <w:r>
        <w:instrText>info</w:instrText>
      </w:r>
      <w:r w:rsidRPr="0047448E">
        <w:rPr>
          <w:lang w:val="ru-RU"/>
        </w:rPr>
        <w:instrText>/</w:instrText>
      </w:r>
      <w:r>
        <w:instrText>about</w:instrText>
      </w:r>
      <w:r w:rsidRPr="0047448E">
        <w:rPr>
          <w:lang w:val="ru-RU"/>
        </w:rPr>
        <w:instrText>/193"</w:instrText>
      </w:r>
      <w:r>
        <w:fldChar w:fldCharType="separate"/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http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://</w:t>
      </w:r>
      <w:proofErr w:type="spellStart"/>
      <w:r w:rsidR="00B90D3E" w:rsidRPr="007C5FC7">
        <w:rPr>
          <w:rStyle w:val="aff8"/>
          <w:rFonts w:ascii="Times New Roman" w:eastAsia="Times New Roman" w:hAnsi="Times New Roman"/>
          <w:sz w:val="24"/>
        </w:rPr>
        <w:t>nachalka</w:t>
      </w:r>
      <w:proofErr w:type="spellEnd"/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info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/</w:t>
      </w:r>
      <w:r w:rsidR="00B90D3E" w:rsidRPr="007C5FC7">
        <w:rPr>
          <w:rStyle w:val="aff8"/>
          <w:rFonts w:ascii="Times New Roman" w:eastAsia="Times New Roman" w:hAnsi="Times New Roman"/>
          <w:sz w:val="24"/>
        </w:rPr>
        <w:t>about</w:t>
      </w:r>
      <w:r w:rsidR="00B90D3E" w:rsidRPr="007C5FC7">
        <w:rPr>
          <w:rStyle w:val="aff8"/>
          <w:rFonts w:ascii="Times New Roman" w:eastAsia="Times New Roman" w:hAnsi="Times New Roman"/>
          <w:sz w:val="24"/>
          <w:lang w:val="ru-RU"/>
        </w:rPr>
        <w:t>/193</w:t>
      </w:r>
      <w:r>
        <w:fldChar w:fldCharType="end"/>
      </w:r>
    </w:p>
    <w:p w:rsidR="00B90D3E" w:rsidRDefault="00B90D3E" w:rsidP="00B90D3E">
      <w:pPr>
        <w:autoSpaceDE w:val="0"/>
        <w:autoSpaceDN w:val="0"/>
        <w:spacing w:after="0" w:line="288" w:lineRule="auto"/>
        <w:ind w:right="720"/>
        <w:rPr>
          <w:rFonts w:ascii="Times New Roman" w:eastAsia="Times New Roman" w:hAnsi="Times New Roman"/>
          <w:color w:val="000000"/>
          <w:sz w:val="24"/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 xml:space="preserve">Учебные материалы и словари на сайте «Кирилл и Мефодий»: </w:t>
      </w:r>
    </w:p>
    <w:p w:rsidR="00B90D3E" w:rsidRDefault="00B90D3E" w:rsidP="00B90D3E">
      <w:pPr>
        <w:autoSpaceDE w:val="0"/>
        <w:autoSpaceDN w:val="0"/>
        <w:spacing w:after="0" w:line="288" w:lineRule="auto"/>
        <w:ind w:right="720"/>
        <w:rPr>
          <w:rFonts w:ascii="Times New Roman" w:eastAsia="Times New Roman" w:hAnsi="Times New Roman"/>
          <w:color w:val="000000"/>
          <w:sz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</w:rPr>
        <w:t>www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km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education</w:t>
      </w:r>
      <w:r w:rsidRPr="00B90D3E">
        <w:rPr>
          <w:lang w:val="ru-RU"/>
        </w:rPr>
        <w:br/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Поурочные планы, методическая копил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ка, информационные технологии в 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школе:</w:t>
      </w:r>
    </w:p>
    <w:p w:rsidR="00B90D3E" w:rsidRPr="00B90D3E" w:rsidRDefault="00B90D3E" w:rsidP="00B90D3E">
      <w:pPr>
        <w:autoSpaceDE w:val="0"/>
        <w:autoSpaceDN w:val="0"/>
        <w:spacing w:after="0" w:line="288" w:lineRule="auto"/>
        <w:ind w:right="720"/>
        <w:rPr>
          <w:rFonts w:ascii="Times New Roman" w:eastAsia="Times New Roman" w:hAnsi="Times New Roman"/>
          <w:color w:val="000000"/>
          <w:sz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</w:rPr>
        <w:t>www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uroki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ruwww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nachalka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com</w:t>
      </w:r>
      <w:r w:rsidRPr="00B90D3E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prochkolu</w:t>
      </w:r>
      <w:proofErr w:type="spellEnd"/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B90D3E">
        <w:rPr>
          <w:lang w:val="ru-RU"/>
        </w:rPr>
        <w:br/>
      </w:r>
      <w:r w:rsidR="009645CA">
        <w:fldChar w:fldCharType="begin"/>
      </w:r>
      <w:r w:rsidR="009645CA">
        <w:instrText>HYPERLINK</w:instrText>
      </w:r>
      <w:r w:rsidR="009645CA" w:rsidRPr="0047448E">
        <w:rPr>
          <w:lang w:val="ru-RU"/>
        </w:rPr>
        <w:instrText xml:space="preserve"> "</w:instrText>
      </w:r>
      <w:r w:rsidR="009645CA">
        <w:instrText>http</w:instrText>
      </w:r>
      <w:r w:rsidR="009645CA" w:rsidRPr="0047448E">
        <w:rPr>
          <w:lang w:val="ru-RU"/>
        </w:rPr>
        <w:instrText>://</w:instrText>
      </w:r>
      <w:r w:rsidR="009645CA">
        <w:instrText>www</w:instrText>
      </w:r>
      <w:r w:rsidR="009645CA" w:rsidRPr="0047448E">
        <w:rPr>
          <w:lang w:val="ru-RU"/>
        </w:rPr>
        <w:instrText>.4</w:instrText>
      </w:r>
      <w:r w:rsidR="009645CA">
        <w:instrText>stupeni</w:instrText>
      </w:r>
      <w:r w:rsidR="009645CA" w:rsidRPr="0047448E">
        <w:rPr>
          <w:lang w:val="ru-RU"/>
        </w:rPr>
        <w:instrText>.</w:instrText>
      </w:r>
      <w:r w:rsidR="009645CA">
        <w:instrText>ru</w:instrText>
      </w:r>
      <w:r w:rsidR="009645CA" w:rsidRPr="0047448E">
        <w:rPr>
          <w:lang w:val="ru-RU"/>
        </w:rPr>
        <w:instrText>"</w:instrText>
      </w:r>
      <w:r w:rsidR="009645CA">
        <w:fldChar w:fldCharType="separate"/>
      </w:r>
      <w:r w:rsidRPr="007C5FC7">
        <w:rPr>
          <w:rStyle w:val="aff8"/>
          <w:rFonts w:ascii="Times New Roman" w:eastAsia="Times New Roman" w:hAnsi="Times New Roman"/>
          <w:sz w:val="24"/>
        </w:rPr>
        <w:t>www</w:t>
      </w:r>
      <w:r w:rsidRPr="007C5FC7">
        <w:rPr>
          <w:rStyle w:val="aff8"/>
          <w:rFonts w:ascii="Times New Roman" w:eastAsia="Times New Roman" w:hAnsi="Times New Roman"/>
          <w:sz w:val="24"/>
          <w:lang w:val="ru-RU"/>
        </w:rPr>
        <w:t>.4</w:t>
      </w:r>
      <w:proofErr w:type="spellStart"/>
      <w:r w:rsidRPr="007C5FC7">
        <w:rPr>
          <w:rStyle w:val="aff8"/>
          <w:rFonts w:ascii="Times New Roman" w:eastAsia="Times New Roman" w:hAnsi="Times New Roman"/>
          <w:sz w:val="24"/>
        </w:rPr>
        <w:t>stupeni</w:t>
      </w:r>
      <w:proofErr w:type="spellEnd"/>
      <w:r w:rsidRPr="007C5FC7">
        <w:rPr>
          <w:rStyle w:val="aff8"/>
          <w:rFonts w:ascii="Times New Roman" w:eastAsia="Times New Roman" w:hAnsi="Times New Roman"/>
          <w:sz w:val="24"/>
          <w:lang w:val="ru-RU"/>
        </w:rPr>
        <w:t>.</w:t>
      </w:r>
      <w:proofErr w:type="spellStart"/>
      <w:r w:rsidRPr="007C5FC7">
        <w:rPr>
          <w:rStyle w:val="aff8"/>
          <w:rFonts w:ascii="Times New Roman" w:eastAsia="Times New Roman" w:hAnsi="Times New Roman"/>
          <w:sz w:val="24"/>
        </w:rPr>
        <w:t>ru</w:t>
      </w:r>
      <w:proofErr w:type="spellEnd"/>
      <w:r w:rsidR="009645CA">
        <w:fldChar w:fldCharType="end"/>
      </w:r>
    </w:p>
    <w:p w:rsidR="0085024A" w:rsidRDefault="0085024A">
      <w:pPr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B90D3E" w:rsidRPr="00B90D3E" w:rsidRDefault="00B90D3E">
      <w:pPr>
        <w:rPr>
          <w:lang w:val="ru-RU"/>
        </w:rPr>
        <w:sectPr w:rsidR="00B90D3E" w:rsidRPr="00B90D3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5024A" w:rsidRPr="00B90D3E" w:rsidRDefault="0085024A">
      <w:pPr>
        <w:autoSpaceDE w:val="0"/>
        <w:autoSpaceDN w:val="0"/>
        <w:spacing w:after="78" w:line="220" w:lineRule="exact"/>
        <w:rPr>
          <w:lang w:val="ru-RU"/>
        </w:rPr>
      </w:pPr>
    </w:p>
    <w:p w:rsidR="0085024A" w:rsidRPr="00B90D3E" w:rsidRDefault="00B90D3E">
      <w:pPr>
        <w:autoSpaceDE w:val="0"/>
        <w:autoSpaceDN w:val="0"/>
        <w:spacing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85024A" w:rsidRPr="00B90D3E" w:rsidRDefault="00B90D3E">
      <w:pPr>
        <w:autoSpaceDE w:val="0"/>
        <w:autoSpaceDN w:val="0"/>
        <w:spacing w:before="346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УЧЕБНОЕ ОБОРУДОВАНИЕ</w:t>
      </w:r>
    </w:p>
    <w:p w:rsidR="0085024A" w:rsidRPr="00B90D3E" w:rsidRDefault="00B90D3E">
      <w:pPr>
        <w:autoSpaceDE w:val="0"/>
        <w:autoSpaceDN w:val="0"/>
        <w:spacing w:before="166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1. Персональный компьютер.</w:t>
      </w:r>
    </w:p>
    <w:p w:rsidR="0085024A" w:rsidRPr="00B90D3E" w:rsidRDefault="00B90D3E">
      <w:pPr>
        <w:autoSpaceDE w:val="0"/>
        <w:autoSpaceDN w:val="0"/>
        <w:spacing w:before="7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2. Мультимедийный проектор.</w:t>
      </w:r>
    </w:p>
    <w:p w:rsidR="0085024A" w:rsidRPr="00B90D3E" w:rsidRDefault="00B90D3E">
      <w:pPr>
        <w:autoSpaceDE w:val="0"/>
        <w:autoSpaceDN w:val="0"/>
        <w:spacing w:before="7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3. Экранно-звуковые пособия.</w:t>
      </w:r>
    </w:p>
    <w:p w:rsidR="0085024A" w:rsidRPr="00B90D3E" w:rsidRDefault="00B90D3E">
      <w:pPr>
        <w:autoSpaceDE w:val="0"/>
        <w:autoSpaceDN w:val="0"/>
        <w:spacing w:before="7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4. Видеофильмы по предмету.</w:t>
      </w:r>
    </w:p>
    <w:p w:rsidR="0085024A" w:rsidRPr="00B90D3E" w:rsidRDefault="00B90D3E">
      <w:pPr>
        <w:autoSpaceDE w:val="0"/>
        <w:autoSpaceDN w:val="0"/>
        <w:spacing w:before="70" w:after="0" w:line="271" w:lineRule="auto"/>
        <w:ind w:right="86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5. Аудиозаписи в соответствии с содержанием обучения (в том числе цифровой форме). 6. Учебный плакат "Живая и неживая природа", "Правила безопасности", "Дикие и домашние животные", "Дикорастущие и культурные растения", "Части растений", "Символика РФ".</w:t>
      </w:r>
    </w:p>
    <w:p w:rsidR="0085024A" w:rsidRPr="00B90D3E" w:rsidRDefault="00B90D3E">
      <w:pPr>
        <w:autoSpaceDE w:val="0"/>
        <w:autoSpaceDN w:val="0"/>
        <w:spacing w:before="264" w:after="0" w:line="262" w:lineRule="auto"/>
        <w:ind w:right="720"/>
        <w:rPr>
          <w:lang w:val="ru-RU"/>
        </w:rPr>
      </w:pPr>
      <w:r w:rsidRPr="00B90D3E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ЛАБОРАТОРНЫХ, ПРАКТИЧЕСКИХ РАБОТ, ДЕМОНСТРАЦИЙ</w:t>
      </w:r>
    </w:p>
    <w:p w:rsidR="0085024A" w:rsidRPr="00B90D3E" w:rsidRDefault="00B90D3E">
      <w:pPr>
        <w:autoSpaceDE w:val="0"/>
        <w:autoSpaceDN w:val="0"/>
        <w:spacing w:before="166" w:after="0" w:line="262" w:lineRule="auto"/>
        <w:ind w:right="4464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1. Термометры для измерения температуры воздуха, воды. 2. Термометр медицинский.</w:t>
      </w:r>
    </w:p>
    <w:p w:rsidR="0085024A" w:rsidRPr="00B90D3E" w:rsidRDefault="00B90D3E">
      <w:pPr>
        <w:autoSpaceDE w:val="0"/>
        <w:autoSpaceDN w:val="0"/>
        <w:spacing w:before="7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3. Лупа.</w:t>
      </w:r>
    </w:p>
    <w:p w:rsidR="0085024A" w:rsidRPr="00B90D3E" w:rsidRDefault="00B90D3E">
      <w:pPr>
        <w:autoSpaceDE w:val="0"/>
        <w:autoSpaceDN w:val="0"/>
        <w:spacing w:before="7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4. Компас.</w:t>
      </w:r>
    </w:p>
    <w:p w:rsidR="0085024A" w:rsidRPr="00B90D3E" w:rsidRDefault="00B90D3E">
      <w:pPr>
        <w:autoSpaceDE w:val="0"/>
        <w:autoSpaceDN w:val="0"/>
        <w:spacing w:before="70" w:after="0" w:line="230" w:lineRule="auto"/>
        <w:rPr>
          <w:lang w:val="ru-RU"/>
        </w:rPr>
      </w:pPr>
      <w:r w:rsidRPr="00B90D3E">
        <w:rPr>
          <w:rFonts w:ascii="Times New Roman" w:eastAsia="Times New Roman" w:hAnsi="Times New Roman"/>
          <w:color w:val="000000"/>
          <w:sz w:val="24"/>
          <w:lang w:val="ru-RU"/>
        </w:rPr>
        <w:t>5. Часы с синхронизированными стрелками.</w:t>
      </w:r>
    </w:p>
    <w:p w:rsidR="0085024A" w:rsidRPr="00B90D3E" w:rsidRDefault="00B90D3E" w:rsidP="00B90D3E">
      <w:pPr>
        <w:autoSpaceDE w:val="0"/>
        <w:autoSpaceDN w:val="0"/>
        <w:spacing w:before="70" w:after="0" w:line="230" w:lineRule="auto"/>
        <w:rPr>
          <w:lang w:val="ru-RU"/>
        </w:rPr>
        <w:sectPr w:rsidR="0085024A" w:rsidRPr="00B90D3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  <w:r>
        <w:rPr>
          <w:rFonts w:ascii="Times New Roman" w:eastAsia="Times New Roman" w:hAnsi="Times New Roman"/>
          <w:color w:val="000000"/>
          <w:sz w:val="24"/>
        </w:rPr>
        <w:t xml:space="preserve">6.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Микроско</w:t>
      </w:r>
      <w:r w:rsidR="00C97C27">
        <w:rPr>
          <w:rFonts w:ascii="Times New Roman" w:eastAsia="Times New Roman" w:hAnsi="Times New Roman"/>
          <w:color w:val="000000"/>
          <w:sz w:val="24"/>
          <w:lang w:val="ru-RU"/>
        </w:rPr>
        <w:t>п</w:t>
      </w:r>
      <w:proofErr w:type="spellEnd"/>
    </w:p>
    <w:p w:rsidR="00AF7062" w:rsidRDefault="00AF7062" w:rsidP="00C97C27"/>
    <w:sectPr w:rsidR="00AF7062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47730"/>
    <w:rsid w:val="00034616"/>
    <w:rsid w:val="000520B4"/>
    <w:rsid w:val="0006063C"/>
    <w:rsid w:val="0015074B"/>
    <w:rsid w:val="00237967"/>
    <w:rsid w:val="0029639D"/>
    <w:rsid w:val="002B3662"/>
    <w:rsid w:val="00326F90"/>
    <w:rsid w:val="0047448E"/>
    <w:rsid w:val="0058650D"/>
    <w:rsid w:val="006B458F"/>
    <w:rsid w:val="0085024A"/>
    <w:rsid w:val="009645CA"/>
    <w:rsid w:val="00AA1D8D"/>
    <w:rsid w:val="00AF3C94"/>
    <w:rsid w:val="00AF7062"/>
    <w:rsid w:val="00B47730"/>
    <w:rsid w:val="00B90D3E"/>
    <w:rsid w:val="00C97C27"/>
    <w:rsid w:val="00CB0664"/>
    <w:rsid w:val="00E35AA7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unhideWhenUsed/>
    <w:rsid w:val="00B90D3E"/>
    <w:rPr>
      <w:color w:val="0000FF" w:themeColor="hyperlink"/>
      <w:u w:val="single"/>
    </w:rPr>
  </w:style>
  <w:style w:type="paragraph" w:styleId="aff9">
    <w:name w:val="Balloon Text"/>
    <w:basedOn w:val="a1"/>
    <w:link w:val="affa"/>
    <w:uiPriority w:val="99"/>
    <w:semiHidden/>
    <w:unhideWhenUsed/>
    <w:rsid w:val="00474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a">
    <w:name w:val="Текст выноски Знак"/>
    <w:basedOn w:val="a2"/>
    <w:link w:val="aff9"/>
    <w:uiPriority w:val="99"/>
    <w:semiHidden/>
    <w:rsid w:val="004744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EF207D-26E2-4793-B10E-7B83CC493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5218</Words>
  <Characters>29744</Characters>
  <Application>Microsoft Office Word</Application>
  <DocSecurity>0</DocSecurity>
  <Lines>247</Lines>
  <Paragraphs>69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34893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9</cp:revision>
  <cp:lastPrinted>2022-10-04T05:11:00Z</cp:lastPrinted>
  <dcterms:created xsi:type="dcterms:W3CDTF">2022-09-30T02:28:00Z</dcterms:created>
  <dcterms:modified xsi:type="dcterms:W3CDTF">2023-01-29T13:03:00Z</dcterms:modified>
  <cp:category/>
</cp:coreProperties>
</file>